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3200"/>
        <w:jc w:val="center"/>
      </w:pPr>
      <w:r>
        <w:rPr>
          <w:rFonts w:ascii="Courier New" w:hAnsi="Courier New"/>
          <w:b/>
          <w:sz w:val="44"/>
        </w:rPr>
        <w:t>THE MUSE</w:t>
      </w:r>
    </w:p>
    <w:p>
      <w:pPr>
        <w:jc w:val="center"/>
      </w:pPr>
      <w:r>
        <w:rPr>
          <w:rFonts w:ascii="Courier New" w:hAnsi="Courier New"/>
          <w:sz w:val="24"/>
        </w:rPr>
        <w:t>ПОЛНОМЕТРАЖНЫЙ ХУДОЖЕСТВЕННЫЙ ФИЛЬМ</w:t>
      </w:r>
    </w:p>
    <w:p>
      <w:pPr>
        <w:spacing w:before="600"/>
        <w:jc w:val="center"/>
      </w:pPr>
      <w:r>
        <w:rPr>
          <w:rFonts w:ascii="Courier New" w:hAnsi="Courier New"/>
          <w:sz w:val="22"/>
        </w:rPr>
        <w:t>Современная экранизация по мотивам рассказа</w:t>
        <w:br/>
        <w:t>Антона Чехова «Попрыгунья»</w:t>
      </w:r>
    </w:p>
    <w:p>
      <w:pPr>
        <w:spacing w:before="2400"/>
        <w:jc w:val="center"/>
      </w:pPr>
      <w:r>
        <w:rPr>
          <w:rFonts w:ascii="Courier New" w:hAnsi="Courier New"/>
          <w:sz w:val="22"/>
        </w:rPr>
        <w:t>Демонстрационный сценарий FilmLab</w:t>
      </w:r>
    </w:p>
    <w:p>
      <w:r>
        <w:br w:type="page"/>
      </w:r>
    </w:p>
    <w:p>
      <w:pPr>
        <w:pStyle w:val="Slug"/>
        <w:keepNext/>
      </w:pPr>
      <w:r>
        <w:t>1. INT. ФОТОСТУДИЯ — СЪЁМОЧНЫЙ ПАВИЛЬОН — ДЕНЬ</w:t>
      </w:r>
    </w:p>
    <w:p>
      <w:pPr>
        <w:pStyle w:val="Action"/>
      </w:pPr>
      <w:r>
        <w:t>Белое пространство залито жёстким светом. На циклораме стоит МОДЕЛЬ, 22, в серебристом платье с длинным шлейфом. Два ассистента удерживают ткань над промышленным вентилятором.</w:t>
      </w:r>
    </w:p>
    <w:p>
      <w:pPr>
        <w:pStyle w:val="Action"/>
      </w:pPr>
      <w:r>
        <w:t>В центре площадки — ОЛЬГА ИВАНОВА, 34, creative director и fashion-стилист. Чёрные брюки, белая мужская рубашка, массивные серьги. Она оценивает кадр.</w:t>
      </w:r>
    </w:p>
    <w:p>
      <w:pPr>
        <w:pStyle w:val="Character"/>
      </w:pPr>
      <w:r>
        <w:t>ОЛЬГА</w:t>
      </w:r>
    </w:p>
    <w:p>
      <w:pPr>
        <w:pStyle w:val="Dialogue"/>
      </w:pPr>
      <w:r>
        <w:t>Уберите вторую серьгу. И перчатки.</w:t>
      </w:r>
    </w:p>
    <w:p>
      <w:pPr>
        <w:pStyle w:val="Character"/>
      </w:pPr>
      <w:r>
        <w:t>ФОТОГРАФ</w:t>
      </w:r>
    </w:p>
    <w:p>
      <w:pPr>
        <w:pStyle w:val="Dialogue"/>
      </w:pPr>
      <w:r>
        <w:t>Без перчаток образ станет слишком простым.</w:t>
      </w:r>
    </w:p>
    <w:p>
      <w:pPr>
        <w:pStyle w:val="Character"/>
      </w:pPr>
      <w:r>
        <w:t>ОЛЬГА</w:t>
      </w:r>
    </w:p>
    <w:p>
      <w:pPr>
        <w:pStyle w:val="Dialogue"/>
      </w:pPr>
      <w:r>
        <w:t>Он станет точным.</w:t>
      </w:r>
    </w:p>
    <w:p>
      <w:pPr>
        <w:pStyle w:val="Action"/>
      </w:pPr>
      <w:r>
        <w:t>У ног модели лежит золотистый ретривер БРУНО в синей шлейке. Ольга замечает его в кадре.</w:t>
      </w:r>
    </w:p>
    <w:p>
      <w:pPr>
        <w:pStyle w:val="Character"/>
      </w:pPr>
      <w:r>
        <w:t>ОЛЬГА</w:t>
      </w:r>
    </w:p>
    <w:p>
      <w:pPr>
        <w:pStyle w:val="Dialogue"/>
      </w:pPr>
      <w:r>
        <w:t>А собаку оставьте.</w:t>
      </w:r>
    </w:p>
    <w:p>
      <w:pPr>
        <w:pStyle w:val="Character"/>
      </w:pPr>
      <w:r>
        <w:t>ФОТОГРАФ</w:t>
      </w:r>
    </w:p>
    <w:p>
      <w:pPr>
        <w:pStyle w:val="Dialogue"/>
      </w:pPr>
      <w:r>
        <w:t>Это ювелирная кампания.</w:t>
      </w:r>
    </w:p>
    <w:p>
      <w:pPr>
        <w:pStyle w:val="Character"/>
      </w:pPr>
      <w:r>
        <w:t>ОЛЬГА</w:t>
      </w:r>
    </w:p>
    <w:p>
      <w:pPr>
        <w:pStyle w:val="Dialogue"/>
      </w:pPr>
      <w:r>
        <w:t>Теперь это история.</w:t>
      </w:r>
    </w:p>
    <w:p>
      <w:pPr>
        <w:pStyle w:val="Action"/>
      </w:pPr>
      <w:r>
        <w:t>Щёлкает затвор. На мониторе появляется идеальный кадр. Ольга включает прямой эфир. Число зрителей растёт.</w:t>
      </w:r>
    </w:p>
    <w:p>
      <w:pPr>
        <w:pStyle w:val="Slug"/>
        <w:keepNext/>
      </w:pPr>
      <w:r>
        <w:t>2. INT. ГОРОДСКАЯ БОЛЬНИЦА — ПРИЁМНОЕ ОТДЕЛЕНИЕ — ДЕНЬ</w:t>
      </w:r>
    </w:p>
    <w:p>
      <w:pPr>
        <w:pStyle w:val="Action"/>
      </w:pPr>
      <w:r>
        <w:t>Двери распахиваются. Санитары вкатывают каталку с МИШЕЙ, 9. Его футболка пропитана кровью. Рядом бежит мать.</w:t>
      </w:r>
    </w:p>
    <w:p>
      <w:pPr>
        <w:pStyle w:val="Action"/>
      </w:pPr>
      <w:r>
        <w:t>ОСИП ДЫМОВ, 39, травматолог, принимает каталку на ходу.</w:t>
      </w:r>
    </w:p>
    <w:p>
      <w:pPr>
        <w:pStyle w:val="Character"/>
      </w:pPr>
      <w:r>
        <w:t>ОСИП</w:t>
      </w:r>
    </w:p>
    <w:p>
      <w:pPr>
        <w:pStyle w:val="Dialogue"/>
      </w:pPr>
      <w:r>
        <w:t>Миша, смотри на меня. Сколько тебе лет?</w:t>
      </w:r>
    </w:p>
    <w:p>
      <w:pPr>
        <w:pStyle w:val="Character"/>
      </w:pPr>
      <w:r>
        <w:t>МИША</w:t>
      </w:r>
    </w:p>
    <w:p>
      <w:pPr>
        <w:pStyle w:val="Dialogue"/>
      </w:pPr>
      <w:r>
        <w:t>Девять.</w:t>
      </w:r>
    </w:p>
    <w:p>
      <w:pPr>
        <w:pStyle w:val="Character"/>
      </w:pPr>
      <w:r>
        <w:t>ОСИП</w:t>
      </w:r>
    </w:p>
    <w:p>
      <w:pPr>
        <w:pStyle w:val="Dialogue"/>
      </w:pPr>
      <w:r>
        <w:t>Отличный возраст. Готовим операционную. Возможное повреждение печени.</w:t>
      </w:r>
    </w:p>
    <w:p>
      <w:pPr>
        <w:pStyle w:val="Action"/>
      </w:pPr>
      <w:r>
        <w:t>Телефон Осипа вибрирует: фотография Бруно под софитами. Осип едва заметно улыбается и убирает телефон.</w:t>
      </w:r>
    </w:p>
    <w:p>
      <w:pPr>
        <w:pStyle w:val="Slug"/>
        <w:keepNext/>
      </w:pPr>
      <w:r>
        <w:t>3. INT. ФОТОСТУДИЯ — ГРИМЁРНАЯ — ДЕНЬ</w:t>
      </w:r>
    </w:p>
    <w:p>
      <w:pPr>
        <w:pStyle w:val="Action"/>
      </w:pPr>
      <w:r>
        <w:t>Столы завалены косметикой, украшениями, кофе, зарядками и мудбордами. Бруно жуёт угол брендированного пакета. КИРА, 29, продюсер, входит с планшетом и двумя телефонами.</w:t>
      </w:r>
    </w:p>
    <w:p>
      <w:pPr>
        <w:pStyle w:val="Character"/>
      </w:pPr>
      <w:r>
        <w:t>КИРА</w:t>
      </w:r>
    </w:p>
    <w:p>
      <w:pPr>
        <w:pStyle w:val="Dialogue"/>
      </w:pPr>
      <w:r>
        <w:t>Клиент хочет ещё три ролика и интервью с тобой.</w:t>
      </w:r>
    </w:p>
    <w:p>
      <w:pPr>
        <w:pStyle w:val="Character"/>
      </w:pPr>
      <w:r>
        <w:t>ОЛЬГА</w:t>
      </w:r>
    </w:p>
    <w:p>
      <w:pPr>
        <w:pStyle w:val="Dialogue"/>
      </w:pPr>
      <w:r>
        <w:t>У нас закончилась смена.</w:t>
      </w:r>
    </w:p>
    <w:p>
      <w:pPr>
        <w:pStyle w:val="Character"/>
      </w:pPr>
      <w:r>
        <w:t>КИРА</w:t>
      </w:r>
    </w:p>
    <w:p>
      <w:pPr>
        <w:pStyle w:val="Dialogue"/>
      </w:pPr>
      <w:r>
        <w:t>Они доплатят.</w:t>
      </w:r>
    </w:p>
    <w:p>
      <w:pPr>
        <w:pStyle w:val="Character"/>
      </w:pPr>
      <w:r>
        <w:t>ОЛЬГА</w:t>
      </w:r>
    </w:p>
    <w:p>
      <w:pPr>
        <w:pStyle w:val="Dialogue"/>
      </w:pPr>
      <w:r>
        <w:t>В восемь у меня ужин с мужем.</w:t>
      </w:r>
    </w:p>
    <w:p>
      <w:pPr>
        <w:pStyle w:val="Action"/>
      </w:pPr>
      <w:r>
        <w:t>Ассистент заглядывает в дверь.</w:t>
      </w:r>
    </w:p>
    <w:p>
      <w:pPr>
        <w:pStyle w:val="Character"/>
      </w:pPr>
      <w:r>
        <w:t>АССИСТЕНТ</w:t>
      </w:r>
    </w:p>
    <w:p>
      <w:pPr>
        <w:pStyle w:val="Dialogue"/>
      </w:pPr>
      <w:r>
        <w:t>Ольга, приехал Рябовский.</w:t>
      </w:r>
    </w:p>
    <w:p>
      <w:pPr>
        <w:pStyle w:val="Slug"/>
        <w:keepNext/>
      </w:pPr>
      <w:r>
        <w:t>4. INT. ФОТОСТУДИЯ — ГЛАВНЫЙ ЗАЛ — ВЕЧЕР</w:t>
      </w:r>
    </w:p>
    <w:p>
      <w:pPr>
        <w:pStyle w:val="Action"/>
      </w:pPr>
      <w:r>
        <w:t>Рабочие разбирают свет. У входа стоит АНТОН РЯБОВСКИЙ, 37, знаменитый художник. Длинное пальто, ботинки в краске, тёмные очки. Рядом — белая борзая ФРИДА.</w:t>
      </w:r>
    </w:p>
    <w:p>
      <w:pPr>
        <w:pStyle w:val="Action"/>
      </w:pPr>
      <w:r>
        <w:t>Фрида и Бруно осторожно обнюхивают друг друга.</w:t>
      </w:r>
    </w:p>
    <w:p>
      <w:pPr>
        <w:pStyle w:val="Character"/>
      </w:pPr>
      <w:r>
        <w:t>РЯБОВСКИЙ</w:t>
      </w:r>
    </w:p>
    <w:p>
      <w:pPr>
        <w:pStyle w:val="Dialogue"/>
      </w:pPr>
      <w:r>
        <w:t>Кажется, они уже договорились.</w:t>
      </w:r>
    </w:p>
    <w:p>
      <w:pPr>
        <w:pStyle w:val="Character"/>
      </w:pPr>
      <w:r>
        <w:t>ОЛЬГА</w:t>
      </w:r>
    </w:p>
    <w:p>
      <w:pPr>
        <w:pStyle w:val="Dialogue"/>
      </w:pPr>
      <w:r>
        <w:t>А мы должны?</w:t>
      </w:r>
    </w:p>
    <w:p>
      <w:pPr>
        <w:pStyle w:val="Character"/>
      </w:pPr>
      <w:r>
        <w:t>РЯБОВСКИЙ</w:t>
      </w:r>
    </w:p>
    <w:p>
      <w:pPr>
        <w:pStyle w:val="Dialogue"/>
      </w:pPr>
      <w:r>
        <w:t>Вы оставили собаку в кадре?</w:t>
      </w:r>
    </w:p>
    <w:p>
      <w:pPr>
        <w:pStyle w:val="Character"/>
      </w:pPr>
      <w:r>
        <w:t>ОЛЬГА</w:t>
      </w:r>
    </w:p>
    <w:p>
      <w:pPr>
        <w:pStyle w:val="Dialogue"/>
      </w:pPr>
      <w:r>
        <w:t>Она была единственным живым существом на площадке.</w:t>
      </w:r>
    </w:p>
    <w:p>
      <w:pPr>
        <w:pStyle w:val="Character"/>
      </w:pPr>
      <w:r>
        <w:t>РЯБОВСКИЙ</w:t>
      </w:r>
    </w:p>
    <w:p>
      <w:pPr>
        <w:pStyle w:val="Dialogue"/>
      </w:pPr>
      <w:r>
        <w:t>Вы опасный человек.</w:t>
      </w:r>
    </w:p>
    <w:p>
      <w:pPr>
        <w:pStyle w:val="Slug"/>
        <w:keepNext/>
      </w:pPr>
      <w:r>
        <w:t>5. INT. ГОРОДСКАЯ БОЛЬНИЦА — ОПЕРАЦИОННАЯ — ВЕЧЕР</w:t>
      </w:r>
    </w:p>
    <w:p>
      <w:pPr>
        <w:pStyle w:val="Action"/>
      </w:pPr>
      <w:r>
        <w:t>Яркий хирургический свет. Осип работает над Мишей. Монитор ускоряется. Кровь наполняет операционное поле.</w:t>
      </w:r>
    </w:p>
    <w:p>
      <w:pPr>
        <w:pStyle w:val="Character"/>
      </w:pPr>
      <w:r>
        <w:t>ОРДИНАТОР</w:t>
      </w:r>
    </w:p>
    <w:p>
      <w:pPr>
        <w:pStyle w:val="Dialogue"/>
      </w:pPr>
      <w:r>
        <w:t>Источник не вижу.</w:t>
      </w:r>
    </w:p>
    <w:p>
      <w:pPr>
        <w:pStyle w:val="Character"/>
      </w:pPr>
      <w:r>
        <w:t>ОСИП</w:t>
      </w:r>
    </w:p>
    <w:p>
      <w:pPr>
        <w:pStyle w:val="Dialogue"/>
      </w:pPr>
      <w:r>
        <w:t>Потому что смотрите туда, где удобно.</w:t>
      </w:r>
    </w:p>
    <w:p>
      <w:pPr>
        <w:pStyle w:val="Action"/>
      </w:pPr>
      <w:r>
        <w:t>Осип находит повреждённый сосуд, ставит зажим. Сигналы выравниваются.</w:t>
      </w:r>
    </w:p>
    <w:p>
      <w:pPr>
        <w:pStyle w:val="Character"/>
      </w:pPr>
      <w:r>
        <w:t>ОСИП</w:t>
      </w:r>
    </w:p>
    <w:p>
      <w:pPr>
        <w:pStyle w:val="Dialogue"/>
      </w:pPr>
      <w:r>
        <w:t>Теперь можно дышать.</w:t>
      </w:r>
    </w:p>
    <w:p>
      <w:pPr>
        <w:pStyle w:val="Character"/>
      </w:pPr>
      <w:r>
        <w:t>ОРДИНАТОР</w:t>
      </w:r>
    </w:p>
    <w:p>
      <w:pPr>
        <w:pStyle w:val="Dialogue"/>
      </w:pPr>
      <w:r>
        <w:t>Я и не дышал.</w:t>
      </w:r>
    </w:p>
    <w:p>
      <w:pPr>
        <w:pStyle w:val="Character"/>
      </w:pPr>
      <w:r>
        <w:t>ОСИП</w:t>
      </w:r>
    </w:p>
    <w:p>
      <w:pPr>
        <w:pStyle w:val="Dialogue"/>
      </w:pPr>
      <w:r>
        <w:t>Я говорил про пациента.</w:t>
      </w:r>
    </w:p>
    <w:p>
      <w:pPr>
        <w:pStyle w:val="Slug"/>
        <w:keepNext/>
      </w:pPr>
      <w:r>
        <w:t>6. EXT. ПОДЗЕМНЫЙ ПАРКИНГ ФОТОСТУДИИ — ВЕЧЕР</w:t>
      </w:r>
    </w:p>
    <w:p>
      <w:pPr>
        <w:pStyle w:val="Action"/>
      </w:pPr>
      <w:r>
        <w:t>Рабочие грузят кофры в чёрный MERCEDES SPRINTER. Ольга открывает багажник белой TESLA MODEL Y. Бруно прыгает внутрь.</w:t>
      </w:r>
    </w:p>
    <w:p>
      <w:pPr>
        <w:pStyle w:val="Action"/>
      </w:pPr>
      <w:r>
        <w:t>Рябовский протягивает Ольге чёрное приглашение: ANTON RYABOVSKY — ABSENCE.</w:t>
      </w:r>
    </w:p>
    <w:p>
      <w:pPr>
        <w:pStyle w:val="Character"/>
      </w:pPr>
      <w:r>
        <w:t>РЯБОВСКИЙ</w:t>
      </w:r>
    </w:p>
    <w:p>
      <w:pPr>
        <w:pStyle w:val="Dialogue"/>
      </w:pPr>
      <w:r>
        <w:t>Сегодня открытие. Приходите после.</w:t>
      </w:r>
    </w:p>
    <w:p>
      <w:pPr>
        <w:pStyle w:val="Character"/>
      </w:pPr>
      <w:r>
        <w:t>ОЛЬГА</w:t>
      </w:r>
    </w:p>
    <w:p>
      <w:pPr>
        <w:pStyle w:val="Dialogue"/>
      </w:pPr>
      <w:r>
        <w:t>После чего?</w:t>
      </w:r>
    </w:p>
    <w:p>
      <w:pPr>
        <w:pStyle w:val="Character"/>
      </w:pPr>
      <w:r>
        <w:t>РЯБОВСКИЙ</w:t>
      </w:r>
    </w:p>
    <w:p>
      <w:pPr>
        <w:pStyle w:val="Dialogue"/>
      </w:pPr>
      <w:r>
        <w:t>После правильной жизни.</w:t>
      </w:r>
    </w:p>
    <w:p>
      <w:pPr>
        <w:pStyle w:val="Slug"/>
        <w:keepNext/>
      </w:pPr>
      <w:r>
        <w:t>7. INT. TESLA — ГОРОДСКИЕ УЛИЦЫ — ВЕЧЕР</w:t>
      </w:r>
    </w:p>
    <w:p>
      <w:pPr>
        <w:pStyle w:val="Action"/>
      </w:pPr>
      <w:r>
        <w:t>Плотный поток. Бруно смотрит в окно. Ольга отвечает на звонок Осипа через громкую связь.</w:t>
      </w:r>
    </w:p>
    <w:p>
      <w:pPr>
        <w:pStyle w:val="Character"/>
      </w:pPr>
      <w:r>
        <w:t>ОЛЬГА</w:t>
      </w:r>
    </w:p>
    <w:p>
      <w:pPr>
        <w:pStyle w:val="Dialogue"/>
      </w:pPr>
      <w:r>
        <w:t>Ты где?</w:t>
      </w:r>
    </w:p>
    <w:p>
      <w:pPr>
        <w:pStyle w:val="Character"/>
      </w:pPr>
      <w:r>
        <w:t>ОСИП (V.O.)</w:t>
      </w:r>
    </w:p>
    <w:p>
      <w:pPr>
        <w:pStyle w:val="Dialogue"/>
      </w:pPr>
      <w:r>
        <w:t>Заканчиваю.</w:t>
      </w:r>
    </w:p>
    <w:p>
      <w:pPr>
        <w:pStyle w:val="Character"/>
      </w:pPr>
      <w:r>
        <w:t>ОЛЬГА</w:t>
      </w:r>
    </w:p>
    <w:p>
      <w:pPr>
        <w:pStyle w:val="Dialogue"/>
      </w:pPr>
      <w:r>
        <w:t>Ты говорил это час назад.</w:t>
      </w:r>
    </w:p>
    <w:p>
      <w:pPr>
        <w:pStyle w:val="Character"/>
      </w:pPr>
      <w:r>
        <w:t>ОСИП (V.O.)</w:t>
      </w:r>
    </w:p>
    <w:p>
      <w:pPr>
        <w:pStyle w:val="Dialogue"/>
      </w:pPr>
      <w:r>
        <w:t>Час назад я ошибался.</w:t>
      </w:r>
    </w:p>
    <w:p>
      <w:pPr>
        <w:pStyle w:val="Character"/>
      </w:pPr>
      <w:r>
        <w:t>ОЛЬГА</w:t>
      </w:r>
    </w:p>
    <w:p>
      <w:pPr>
        <w:pStyle w:val="Dialogue"/>
      </w:pPr>
      <w:r>
        <w:t>В восемь дома.</w:t>
      </w:r>
    </w:p>
    <w:p>
      <w:pPr>
        <w:pStyle w:val="Character"/>
      </w:pPr>
      <w:r>
        <w:t>ОСИП (V.O.)</w:t>
      </w:r>
    </w:p>
    <w:p>
      <w:pPr>
        <w:pStyle w:val="Dialogue"/>
      </w:pPr>
      <w:r>
        <w:t>В восемь пятнадцать.</w:t>
      </w:r>
    </w:p>
    <w:p>
      <w:pPr>
        <w:pStyle w:val="Action"/>
      </w:pPr>
      <w:r>
        <w:t>Она переворачивает приглашение Рябовского лицевой стороной вниз.</w:t>
      </w:r>
    </w:p>
    <w:p>
      <w:pPr>
        <w:pStyle w:val="Slug"/>
        <w:keepNext/>
      </w:pPr>
      <w:r>
        <w:t>8. INT. КВАРТИРА ОЛЬГИ И ОСИПА — КУХНЯ-ГОСТИНАЯ — НОЧЬ</w:t>
      </w:r>
    </w:p>
    <w:p>
      <w:pPr>
        <w:pStyle w:val="Action"/>
      </w:pPr>
      <w:r>
        <w:t>Панорамные окна, дизайнерская мебель, книги и медицинские журналы. На подоконнике — британский кот УМКА. Ольга готовит пасту и снимает сторис. На столе вино, свечи, цветы.</w:t>
      </w:r>
    </w:p>
    <w:p>
      <w:pPr>
        <w:pStyle w:val="Action"/>
      </w:pPr>
      <w:r>
        <w:t>Часы показывают 21:07. Входная дверь открывается.</w:t>
      </w:r>
    </w:p>
    <w:p>
      <w:pPr>
        <w:pStyle w:val="Slug"/>
        <w:keepNext/>
      </w:pPr>
      <w:r>
        <w:t>9. INT. КВАРТИРА ОЛЬГИ И ОСИПА — ПРИХОЖАЯ — НОЧЬ</w:t>
      </w:r>
    </w:p>
    <w:p>
      <w:pPr>
        <w:pStyle w:val="Action"/>
      </w:pPr>
      <w:r>
        <w:t>Осип входит измотанный, на рукаве пятно крови. Бруно бросается к нему. Осип обнимает собаку и достаёт браслет пациента: «СПАСИБО, ДОКТОР ОСИП».</w:t>
      </w:r>
    </w:p>
    <w:p>
      <w:pPr>
        <w:pStyle w:val="Character"/>
      </w:pPr>
      <w:r>
        <w:t>ОЛЬГА</w:t>
      </w:r>
    </w:p>
    <w:p>
      <w:pPr>
        <w:pStyle w:val="Dialogue"/>
      </w:pPr>
      <w:r>
        <w:t>Он жив?</w:t>
      </w:r>
    </w:p>
    <w:p>
      <w:pPr>
        <w:pStyle w:val="Character"/>
      </w:pPr>
      <w:r>
        <w:t>ОСИП</w:t>
      </w:r>
    </w:p>
    <w:p>
      <w:pPr>
        <w:pStyle w:val="Dialogue"/>
      </w:pPr>
      <w:r>
        <w:t>Да.</w:t>
      </w:r>
    </w:p>
    <w:p>
      <w:pPr>
        <w:pStyle w:val="Action"/>
      </w:pPr>
      <w:r>
        <w:t>Она обнимает мужа. На секунду он опирается на неё всем весом.</w:t>
      </w:r>
    </w:p>
    <w:p>
      <w:pPr>
        <w:pStyle w:val="Slug"/>
        <w:keepNext/>
      </w:pPr>
      <w:r>
        <w:t>10. INT. КВАРТИРА — КУХНЯ-ГОСТИНАЯ — НОЧЬ</w:t>
      </w:r>
    </w:p>
    <w:p>
      <w:pPr>
        <w:pStyle w:val="Action"/>
      </w:pPr>
      <w:r>
        <w:t>Они ужинают. Паста переварена. Умка сидит на свободном стуле.</w:t>
      </w:r>
    </w:p>
    <w:p>
      <w:pPr>
        <w:pStyle w:val="Character"/>
      </w:pPr>
      <w:r>
        <w:t>ОЛЬГА</w:t>
      </w:r>
    </w:p>
    <w:p>
      <w:pPr>
        <w:pStyle w:val="Dialogue"/>
      </w:pPr>
      <w:r>
        <w:t>Сегодня приезжал Рябовский.</w:t>
      </w:r>
    </w:p>
    <w:p>
      <w:pPr>
        <w:pStyle w:val="Character"/>
      </w:pPr>
      <w:r>
        <w:t>ОСИП</w:t>
      </w:r>
    </w:p>
    <w:p>
      <w:pPr>
        <w:pStyle w:val="Dialogue"/>
      </w:pPr>
      <w:r>
        <w:t>Кардиолог?</w:t>
      </w:r>
    </w:p>
    <w:p>
      <w:pPr>
        <w:pStyle w:val="Character"/>
      </w:pPr>
      <w:r>
        <w:t>ОЛЬГА</w:t>
      </w:r>
    </w:p>
    <w:p>
      <w:pPr>
        <w:pStyle w:val="Dialogue"/>
      </w:pPr>
      <w:r>
        <w:t>Художник.</w:t>
      </w:r>
    </w:p>
    <w:p>
      <w:pPr>
        <w:pStyle w:val="Character"/>
      </w:pPr>
      <w:r>
        <w:t>ОСИП</w:t>
      </w:r>
    </w:p>
    <w:p>
      <w:pPr>
        <w:pStyle w:val="Dialogue"/>
      </w:pPr>
      <w:r>
        <w:t>Который рисует белое на белом?</w:t>
      </w:r>
    </w:p>
    <w:p>
      <w:pPr>
        <w:pStyle w:val="Action"/>
      </w:pPr>
      <w:r>
        <w:t>Ольга показывает приглашение.</w:t>
      </w:r>
    </w:p>
    <w:p>
      <w:pPr>
        <w:pStyle w:val="Character"/>
      </w:pPr>
      <w:r>
        <w:t>ОСИП</w:t>
      </w:r>
    </w:p>
    <w:p>
      <w:pPr>
        <w:pStyle w:val="Dialogue"/>
      </w:pPr>
      <w:r>
        <w:t>Поехали.</w:t>
      </w:r>
    </w:p>
    <w:p>
      <w:pPr>
        <w:pStyle w:val="Character"/>
      </w:pPr>
      <w:r>
        <w:t>ОЛЬГА</w:t>
      </w:r>
    </w:p>
    <w:p>
      <w:pPr>
        <w:pStyle w:val="Dialogue"/>
      </w:pPr>
      <w:r>
        <w:t>Ты двадцать часов на ногах.</w:t>
      </w:r>
    </w:p>
    <w:p>
      <w:pPr>
        <w:pStyle w:val="Character"/>
      </w:pPr>
      <w:r>
        <w:t>ОСИП</w:t>
      </w:r>
    </w:p>
    <w:p>
      <w:pPr>
        <w:pStyle w:val="Dialogue"/>
      </w:pPr>
      <w:r>
        <w:t>Тем полезнее посмотреть на белое полотно.</w:t>
      </w:r>
    </w:p>
    <w:p>
      <w:pPr>
        <w:pStyle w:val="Slug"/>
        <w:keepNext/>
      </w:pPr>
      <w:r>
        <w:t>11. EXT. ЦЕНТР СОВРЕМЕННОГО ИСКУССТВА — НОЧЬ</w:t>
      </w:r>
    </w:p>
    <w:p>
      <w:pPr>
        <w:pStyle w:val="Action"/>
      </w:pPr>
      <w:r>
        <w:t>Красная дорожка, фотографы, чёрные автомобили. Ольга выходит из Tesla в чёрном платье и серебристом жакете. Вспышки поворачиваются к ней. Осип выходит с другой стороны. Его не фотографирует никто. Ольга берёт его за руку.</w:t>
      </w:r>
    </w:p>
    <w:p>
      <w:pPr>
        <w:pStyle w:val="Slug"/>
        <w:keepNext/>
      </w:pPr>
      <w:r>
        <w:t>12. INT. ЦЕНТР СОВРЕМЕННОГО ИСКУССТВА — ГЛАВНЫЙ ЗАЛ — НОЧЬ</w:t>
      </w:r>
    </w:p>
    <w:p>
      <w:pPr>
        <w:pStyle w:val="Action"/>
      </w:pPr>
      <w:r>
        <w:t>Гигантское полотно: человеческая фигура, почти стёртая белой краской. Рябовский подходит к Осипу.</w:t>
      </w:r>
    </w:p>
    <w:p>
      <w:pPr>
        <w:pStyle w:val="Character"/>
      </w:pPr>
      <w:r>
        <w:t>РЯБОВСКИЙ</w:t>
      </w:r>
    </w:p>
    <w:p>
      <w:pPr>
        <w:pStyle w:val="Dialogue"/>
      </w:pPr>
      <w:r>
        <w:t>Что видите?</w:t>
      </w:r>
    </w:p>
    <w:p>
      <w:pPr>
        <w:pStyle w:val="Character"/>
      </w:pPr>
      <w:r>
        <w:t>ОСИП</w:t>
      </w:r>
    </w:p>
    <w:p>
      <w:pPr>
        <w:pStyle w:val="Dialogue"/>
      </w:pPr>
      <w:r>
        <w:t>Человека, которого долго лечили неправильно.</w:t>
      </w:r>
    </w:p>
    <w:p>
      <w:pPr>
        <w:pStyle w:val="Character"/>
      </w:pPr>
      <w:r>
        <w:t>РЯБОВСКИЙ</w:t>
      </w:r>
    </w:p>
    <w:p>
      <w:pPr>
        <w:pStyle w:val="Dialogue"/>
      </w:pPr>
      <w:r>
        <w:t>Вы муж Ольги.</w:t>
      </w:r>
    </w:p>
    <w:p>
      <w:pPr>
        <w:pStyle w:val="Character"/>
      </w:pPr>
      <w:r>
        <w:t>ОСИП</w:t>
      </w:r>
    </w:p>
    <w:p>
      <w:pPr>
        <w:pStyle w:val="Dialogue"/>
      </w:pPr>
      <w:r>
        <w:t>А вы художник.</w:t>
      </w:r>
    </w:p>
    <w:p>
      <w:pPr>
        <w:pStyle w:val="Action"/>
      </w:pPr>
      <w:r>
        <w:t>Они пожимают руки. Ни один не отводит взгляд первым.</w:t>
      </w:r>
    </w:p>
    <w:p>
      <w:pPr>
        <w:pStyle w:val="Slug"/>
        <w:keepNext/>
      </w:pPr>
      <w:r>
        <w:t>13. INT. ЦЕНТР СОВРЕМЕННОГО ИСКУССТВА — БАР — НОЧЬ</w:t>
      </w:r>
    </w:p>
    <w:p>
      <w:pPr>
        <w:pStyle w:val="Action"/>
      </w:pPr>
      <w:r>
        <w:t>Телефон Осипа вибрирует. БОЛЬНИЦА. Его лицо меняется.</w:t>
      </w:r>
    </w:p>
    <w:p>
      <w:pPr>
        <w:pStyle w:val="Character"/>
      </w:pPr>
      <w:r>
        <w:t>ОСИП</w:t>
      </w:r>
    </w:p>
    <w:p>
      <w:pPr>
        <w:pStyle w:val="Dialogue"/>
      </w:pPr>
      <w:r>
        <w:t>Готовьте операционную. Я еду.</w:t>
      </w:r>
    </w:p>
    <w:p>
      <w:pPr>
        <w:pStyle w:val="Character"/>
      </w:pPr>
      <w:r>
        <w:t>ОЛЬГА</w:t>
      </w:r>
    </w:p>
    <w:p>
      <w:pPr>
        <w:pStyle w:val="Dialogue"/>
      </w:pPr>
      <w:r>
        <w:t>Другого врача нет?</w:t>
      </w:r>
    </w:p>
    <w:p>
      <w:pPr>
        <w:pStyle w:val="Action"/>
      </w:pPr>
      <w:r>
        <w:t>Она сразу жалеет о вопросе.</w:t>
      </w:r>
    </w:p>
    <w:p>
      <w:pPr>
        <w:pStyle w:val="Character"/>
      </w:pPr>
      <w:r>
        <w:t>ОСИП</w:t>
      </w:r>
    </w:p>
    <w:p>
      <w:pPr>
        <w:pStyle w:val="Dialogue"/>
      </w:pPr>
      <w:r>
        <w:t>Останься. Тебе здесь хорошо.</w:t>
      </w:r>
    </w:p>
    <w:p>
      <w:pPr>
        <w:pStyle w:val="Action"/>
      </w:pPr>
      <w:r>
        <w:t>Он целует её в висок и уходит. Рябовский протягивает ей шампанское.</w:t>
      </w:r>
    </w:p>
    <w:p>
      <w:pPr>
        <w:pStyle w:val="Slug"/>
        <w:keepNext/>
      </w:pPr>
      <w:r>
        <w:t>14. EXT. ЦЕНТР СОВРЕМЕННОГО ИСКУССТВА — НОЧЬ</w:t>
      </w:r>
    </w:p>
    <w:p>
      <w:pPr>
        <w:pStyle w:val="Action"/>
      </w:pPr>
      <w:r>
        <w:t>Дождь. Такси будет через восемь минут. Осип замечает мотокурьера на электрическом скутере.</w:t>
      </w:r>
    </w:p>
    <w:p>
      <w:pPr>
        <w:pStyle w:val="Character"/>
      </w:pPr>
      <w:r>
        <w:t>ОСИП</w:t>
      </w:r>
    </w:p>
    <w:p>
      <w:pPr>
        <w:pStyle w:val="Dialogue"/>
      </w:pPr>
      <w:r>
        <w:t>Больница номер семь. Две тысячи.</w:t>
      </w:r>
    </w:p>
    <w:p>
      <w:pPr>
        <w:pStyle w:val="Character"/>
      </w:pPr>
      <w:r>
        <w:t>МОТОКУРЬЕР</w:t>
      </w:r>
    </w:p>
    <w:p>
      <w:pPr>
        <w:pStyle w:val="Dialogue"/>
      </w:pPr>
      <w:r>
        <w:t>На скутере?</w:t>
      </w:r>
    </w:p>
    <w:p>
      <w:pPr>
        <w:pStyle w:val="Character"/>
      </w:pPr>
      <w:r>
        <w:t>ОСИП</w:t>
      </w:r>
    </w:p>
    <w:p>
      <w:pPr>
        <w:pStyle w:val="Dialogue"/>
      </w:pPr>
      <w:r>
        <w:t>Быстрее, чем на машине.</w:t>
      </w:r>
    </w:p>
    <w:p>
      <w:pPr>
        <w:pStyle w:val="Action"/>
      </w:pPr>
      <w:r>
        <w:t>Скутер уходит в дождливую ночь.</w:t>
      </w:r>
    </w:p>
    <w:p>
      <w:pPr>
        <w:pStyle w:val="Slug"/>
        <w:keepNext/>
      </w:pPr>
      <w:r>
        <w:t>15. INT. ГАЛЕРЕЯ — ГЛАВНЫЙ ЗАЛ — НОЧЬ</w:t>
      </w:r>
    </w:p>
    <w:p>
      <w:pPr>
        <w:pStyle w:val="Action"/>
      </w:pPr>
      <w:r>
        <w:t>Ольга стоит перед картиной. Рябовский подходит сзади.</w:t>
      </w:r>
    </w:p>
    <w:p>
      <w:pPr>
        <w:pStyle w:val="Character"/>
      </w:pPr>
      <w:r>
        <w:t>РЯБОВСКИЙ</w:t>
      </w:r>
    </w:p>
    <w:p>
      <w:pPr>
        <w:pStyle w:val="Dialogue"/>
      </w:pPr>
      <w:r>
        <w:t>Она исчезла, потому что слишком долго была чьей-то музой.</w:t>
      </w:r>
    </w:p>
    <w:p>
      <w:pPr>
        <w:pStyle w:val="Character"/>
      </w:pPr>
      <w:r>
        <w:t>ОЛЬГА</w:t>
      </w:r>
    </w:p>
    <w:p>
      <w:pPr>
        <w:pStyle w:val="Dialogue"/>
      </w:pPr>
      <w:r>
        <w:t>Может, она просто плохо нарисована.</w:t>
      </w:r>
    </w:p>
    <w:p>
      <w:pPr>
        <w:pStyle w:val="Action"/>
      </w:pPr>
      <w:r>
        <w:t>Фотограф просит их встать рядом. Рука Рябовского касается её спины. На экране камеры они выглядят как пара.</w:t>
      </w:r>
    </w:p>
    <w:p>
      <w:pPr>
        <w:pStyle w:val="Slug"/>
        <w:keepNext/>
      </w:pPr>
      <w:r>
        <w:t>16. INT. БОЛЬНИЦА — РАЗДЕВАЛКА — НОЧЬ</w:t>
      </w:r>
    </w:p>
    <w:p>
      <w:pPr>
        <w:pStyle w:val="Action"/>
      </w:pPr>
      <w:r>
        <w:t>Осип переодевается. На телефоне фотография Ольги и Рябовского: «ДВЕ ГЛАВНЫЕ МУЗЫ ВЕЧЕРА». Он блокирует экран и идёт в операционную.</w:t>
      </w:r>
    </w:p>
    <w:p>
      <w:pPr>
        <w:pStyle w:val="Slug"/>
        <w:keepNext/>
      </w:pPr>
      <w:r>
        <w:t>17. INT. КВАРТИРА — СПАЛЬНЯ — УТРО</w:t>
      </w:r>
    </w:p>
    <w:p>
      <w:pPr>
        <w:pStyle w:val="Action"/>
      </w:pPr>
      <w:r>
        <w:t>Серое утро. Ольга просыпается одна, всё ещё в макияже. На кресле её платье. Бруно лежит у двери. Умка спит на подушке Осипа.</w:t>
      </w:r>
    </w:p>
    <w:p>
      <w:pPr>
        <w:pStyle w:val="Action"/>
      </w:pPr>
      <w:r>
        <w:t>Сообщение от Осипа: «Девочка стабильна. Не буди меня, если вернусь». Ольга улыбается — и видит десятки публикаций с собой и Рябовским.</w:t>
      </w:r>
    </w:p>
    <w:p>
      <w:pPr>
        <w:pStyle w:val="Slug"/>
        <w:keepNext/>
      </w:pPr>
      <w:r>
        <w:t>18. INT. БОЛЬНИЦА — КОМНАТА ОТДЫХА — УТРО</w:t>
      </w:r>
    </w:p>
    <w:p>
      <w:pPr>
        <w:pStyle w:val="Action"/>
      </w:pPr>
      <w:r>
        <w:t>Осип спит сидя, прислонившись к шкафчику. Лена накрывает его одноразовым одеялом. На столе остывший чай и детский рисунок врача с огромными руками.</w:t>
      </w:r>
    </w:p>
    <w:p>
      <w:pPr>
        <w:pStyle w:val="Slug"/>
        <w:keepNext/>
      </w:pPr>
      <w:r>
        <w:t>19. EXT. КОННЫЙ КЛУБ — ДЕНЬ</w:t>
      </w:r>
    </w:p>
    <w:p>
      <w:pPr>
        <w:pStyle w:val="Action"/>
      </w:pPr>
      <w:r>
        <w:t>Рекламная съёмка парфюма. Белая ЛОШАДЬ, модели в длинных платьях, дым-машина, дрон, грузовой фургон, конюхи. Ольга руководит площадкой. Рябовский неожиданно приезжает на мотоцикле.</w:t>
      </w:r>
    </w:p>
    <w:p>
      <w:pPr>
        <w:pStyle w:val="Character"/>
      </w:pPr>
      <w:r>
        <w:t>ОЛЬГА</w:t>
      </w:r>
    </w:p>
    <w:p>
      <w:pPr>
        <w:pStyle w:val="Dialogue"/>
      </w:pPr>
      <w:r>
        <w:t>Вы всегда появляетесь без приглашения?</w:t>
      </w:r>
    </w:p>
    <w:p>
      <w:pPr>
        <w:pStyle w:val="Character"/>
      </w:pPr>
      <w:r>
        <w:t>РЯБОВСКИЙ</w:t>
      </w:r>
    </w:p>
    <w:p>
      <w:pPr>
        <w:pStyle w:val="Dialogue"/>
      </w:pPr>
      <w:r>
        <w:t>Только там, где меня ждут.</w:t>
      </w:r>
    </w:p>
    <w:p>
      <w:pPr>
        <w:pStyle w:val="Action"/>
      </w:pPr>
      <w:r>
        <w:t>Лошадь нервничает от дрона. Ольга останавливает съёмку, подходит спокойно, кладёт ладонь на шею животного. Рябовский наблюдает — впервые без иронии.</w:t>
      </w:r>
    </w:p>
    <w:p>
      <w:pPr>
        <w:pStyle w:val="Slug"/>
        <w:keepNext/>
      </w:pPr>
      <w:r>
        <w:t>20. INT. КОНЮШНЯ — ДЕНЬ</w:t>
      </w:r>
    </w:p>
    <w:p>
      <w:pPr>
        <w:pStyle w:val="Action"/>
      </w:pPr>
      <w:r>
        <w:t>Дождь внезапно бьёт по крыше. Команда укрывается внутри. Лошади переступают в стойлах. Ольга и Рябовский остаются между седлами, попонами и запахом сена.</w:t>
      </w:r>
    </w:p>
    <w:p>
      <w:pPr>
        <w:pStyle w:val="Character"/>
      </w:pPr>
      <w:r>
        <w:t>РЯБОВСКИЙ</w:t>
      </w:r>
    </w:p>
    <w:p>
      <w:pPr>
        <w:pStyle w:val="Dialogue"/>
      </w:pPr>
      <w:r>
        <w:t>Вы умеете превращать хаос в картинку.</w:t>
      </w:r>
    </w:p>
    <w:p>
      <w:pPr>
        <w:pStyle w:val="Character"/>
      </w:pPr>
      <w:r>
        <w:t>ОЛЬГА</w:t>
      </w:r>
    </w:p>
    <w:p>
      <w:pPr>
        <w:pStyle w:val="Dialogue"/>
      </w:pPr>
      <w:r>
        <w:t>Это работа.</w:t>
      </w:r>
    </w:p>
    <w:p>
      <w:pPr>
        <w:pStyle w:val="Character"/>
      </w:pPr>
      <w:r>
        <w:t>РЯБОВСКИЙ</w:t>
      </w:r>
    </w:p>
    <w:p>
      <w:pPr>
        <w:pStyle w:val="Dialogue"/>
      </w:pPr>
      <w:r>
        <w:t>Нет. Работа — это расписание. А вы заставляете людей верить, что они красивее, чем есть.</w:t>
      </w:r>
    </w:p>
    <w:p>
      <w:pPr>
        <w:pStyle w:val="Character"/>
      </w:pPr>
      <w:r>
        <w:t>ОЛЬГА</w:t>
      </w:r>
    </w:p>
    <w:p>
      <w:pPr>
        <w:pStyle w:val="Dialogue"/>
      </w:pPr>
      <w:r>
        <w:t>И вы считаете это комплиментом?</w:t>
      </w:r>
    </w:p>
    <w:p>
      <w:pPr>
        <w:pStyle w:val="Character"/>
      </w:pPr>
      <w:r>
        <w:t>РЯБОВСКИЙ</w:t>
      </w:r>
    </w:p>
    <w:p>
      <w:pPr>
        <w:pStyle w:val="Dialogue"/>
      </w:pPr>
      <w:r>
        <w:t>Я считаю это властью.</w:t>
      </w:r>
    </w:p>
    <w:p>
      <w:pPr>
        <w:pStyle w:val="Slug"/>
        <w:keepNext/>
      </w:pPr>
      <w:r>
        <w:t>21. INT. КВАРТИРА — КУХНЯ — НОЧЬ</w:t>
      </w:r>
    </w:p>
    <w:p>
      <w:pPr>
        <w:pStyle w:val="Action"/>
      </w:pPr>
      <w:r>
        <w:t>Осип кормит Бруно лекарством, спрятанным в сыре. Ольга входит с мокрыми кофрами и платьями.</w:t>
      </w:r>
    </w:p>
    <w:p>
      <w:pPr>
        <w:pStyle w:val="Character"/>
      </w:pPr>
      <w:r>
        <w:t>ОСИП</w:t>
      </w:r>
    </w:p>
    <w:p>
      <w:pPr>
        <w:pStyle w:val="Dialogue"/>
      </w:pPr>
      <w:r>
        <w:t>У него аллергия. Я записал нас к ветеринару.</w:t>
      </w:r>
    </w:p>
    <w:p>
      <w:pPr>
        <w:pStyle w:val="Character"/>
      </w:pPr>
      <w:r>
        <w:t>ОЛЬГА</w:t>
      </w:r>
    </w:p>
    <w:p>
      <w:pPr>
        <w:pStyle w:val="Dialogue"/>
      </w:pPr>
      <w:r>
        <w:t>Нас?</w:t>
      </w:r>
    </w:p>
    <w:p>
      <w:pPr>
        <w:pStyle w:val="Character"/>
      </w:pPr>
      <w:r>
        <w:t>ОСИП</w:t>
      </w:r>
    </w:p>
    <w:p>
      <w:pPr>
        <w:pStyle w:val="Dialogue"/>
      </w:pPr>
      <w:r>
        <w:t>Он твой коллега. Ты должна поддержать.</w:t>
      </w:r>
    </w:p>
    <w:p>
      <w:pPr>
        <w:pStyle w:val="Action"/>
      </w:pPr>
      <w:r>
        <w:t>Ольга смеётся. Телефон вибрирует: Рябовский прислал фотографию её руки на шее лошади. Она переворачивает телефон.</w:t>
      </w:r>
    </w:p>
    <w:p>
      <w:pPr>
        <w:pStyle w:val="Slug"/>
        <w:keepNext/>
      </w:pPr>
      <w:r>
        <w:t>22. INT. ВЕТЕРИНАРНАЯ КЛИНИКА — ДЕНЬ</w:t>
      </w:r>
    </w:p>
    <w:p>
      <w:pPr>
        <w:pStyle w:val="Action"/>
      </w:pPr>
      <w:r>
        <w:t>Бруно на смотровом столе. Осип держит его морду, Ольга снимает ошейник. В соседней переноске кричит попугай. Медсестра проводит мимо трёх щенков.</w:t>
      </w:r>
    </w:p>
    <w:p>
      <w:pPr>
        <w:pStyle w:val="Character"/>
      </w:pPr>
      <w:r>
        <w:t>ВЕТЕРИНАР</w:t>
      </w:r>
    </w:p>
    <w:p>
      <w:pPr>
        <w:pStyle w:val="Dialogue"/>
      </w:pPr>
      <w:r>
        <w:t>Диета, капли и никаких лакомств со съёмок.</w:t>
      </w:r>
    </w:p>
    <w:p>
      <w:pPr>
        <w:pStyle w:val="Character"/>
      </w:pPr>
      <w:r>
        <w:t>ОСИП</w:t>
      </w:r>
    </w:p>
    <w:p>
      <w:pPr>
        <w:pStyle w:val="Dialogue"/>
      </w:pPr>
      <w:r>
        <w:t>Слышала?</w:t>
      </w:r>
    </w:p>
    <w:p>
      <w:pPr>
        <w:pStyle w:val="Character"/>
      </w:pPr>
      <w:r>
        <w:t>ОЛЬГА</w:t>
      </w:r>
    </w:p>
    <w:p>
      <w:pPr>
        <w:pStyle w:val="Dialogue"/>
      </w:pPr>
      <w:r>
        <w:t>Он совершеннолетний. Решает сам.</w:t>
      </w:r>
    </w:p>
    <w:p>
      <w:pPr>
        <w:pStyle w:val="Action"/>
      </w:pPr>
      <w:r>
        <w:t>Они смеются, как старая счастливая пара.</w:t>
      </w:r>
    </w:p>
    <w:p>
      <w:pPr>
        <w:pStyle w:val="Slug"/>
        <w:keepNext/>
      </w:pPr>
      <w:r>
        <w:t>23. INT. РЕСТОРАН — ЧАСТНЫЙ ЗАЛ — НОЧЬ</w:t>
      </w:r>
    </w:p>
    <w:p>
      <w:pPr>
        <w:pStyle w:val="Action"/>
      </w:pPr>
      <w:r>
        <w:t>Ужин креативной индустрии. Свечи, дизайнерская сервировка, шампанское, двадцать гостей. Ольга сидит между Рябовским и редактором журнала. Осип напротив, в простом тёмном свитере.</w:t>
      </w:r>
    </w:p>
    <w:p>
      <w:pPr>
        <w:pStyle w:val="Action"/>
      </w:pPr>
      <w:r>
        <w:t>Разговор идёт о Венецианской биеннале, NFT и музейном рынке.</w:t>
      </w:r>
    </w:p>
    <w:p>
      <w:pPr>
        <w:pStyle w:val="Character"/>
      </w:pPr>
      <w:r>
        <w:t>РЕДАКТОР</w:t>
      </w:r>
    </w:p>
    <w:p>
      <w:pPr>
        <w:pStyle w:val="Dialogue"/>
      </w:pPr>
      <w:r>
        <w:t>Осип, а вы чем занимаетесь?</w:t>
      </w:r>
    </w:p>
    <w:p>
      <w:pPr>
        <w:pStyle w:val="Character"/>
      </w:pPr>
      <w:r>
        <w:t>ОСИП</w:t>
      </w:r>
    </w:p>
    <w:p>
      <w:pPr>
        <w:pStyle w:val="Dialogue"/>
      </w:pPr>
      <w:r>
        <w:t>Собираю людей после неудачных решений.</w:t>
      </w:r>
    </w:p>
    <w:p>
      <w:pPr>
        <w:pStyle w:val="Character"/>
      </w:pPr>
      <w:r>
        <w:t>РЯБОВСКИЙ</w:t>
      </w:r>
    </w:p>
    <w:p>
      <w:pPr>
        <w:pStyle w:val="Dialogue"/>
      </w:pPr>
      <w:r>
        <w:t>Значит, мы коллеги.</w:t>
      </w:r>
    </w:p>
    <w:p>
      <w:pPr>
        <w:pStyle w:val="Action"/>
      </w:pPr>
      <w:r>
        <w:t>Все смеются. Осип тоже. Но Ольга видит, что он здесь чужой.</w:t>
      </w:r>
    </w:p>
    <w:p>
      <w:pPr>
        <w:pStyle w:val="Slug"/>
        <w:keepNext/>
      </w:pPr>
      <w:r>
        <w:t>24. EXT. РЕСТОРАН — НОЧЬ</w:t>
      </w:r>
    </w:p>
    <w:p>
      <w:pPr>
        <w:pStyle w:val="Action"/>
      </w:pPr>
      <w:r>
        <w:t>Валет подаёт машины. Осип ждёт такси. Рябовский открывает Ольге дверь Porsche.</w:t>
      </w:r>
    </w:p>
    <w:p>
      <w:pPr>
        <w:pStyle w:val="Character"/>
      </w:pPr>
      <w:r>
        <w:t>РЯБОВСКИЙ</w:t>
      </w:r>
    </w:p>
    <w:p>
      <w:pPr>
        <w:pStyle w:val="Dialogue"/>
      </w:pPr>
      <w:r>
        <w:t>Я отвезу.</w:t>
      </w:r>
    </w:p>
    <w:p>
      <w:pPr>
        <w:pStyle w:val="Character"/>
      </w:pPr>
      <w:r>
        <w:t>ОСИП</w:t>
      </w:r>
    </w:p>
    <w:p>
      <w:pPr>
        <w:pStyle w:val="Dialogue"/>
      </w:pPr>
      <w:r>
        <w:t>Мы вместе.</w:t>
      </w:r>
    </w:p>
    <w:p>
      <w:pPr>
        <w:pStyle w:val="Character"/>
      </w:pPr>
      <w:r>
        <w:t>РЯБОВСКИЙ</w:t>
      </w:r>
    </w:p>
    <w:p>
      <w:pPr>
        <w:pStyle w:val="Dialogue"/>
      </w:pPr>
      <w:r>
        <w:t>Конечно.</w:t>
      </w:r>
    </w:p>
    <w:p>
      <w:pPr>
        <w:pStyle w:val="Action"/>
      </w:pPr>
      <w:r>
        <w:t>Пауза. Ольга садится в такси с Осипом. Через стекло смотрит, как Porsche исчезает в потоке.</w:t>
      </w:r>
    </w:p>
    <w:p>
      <w:pPr>
        <w:pStyle w:val="Slug"/>
        <w:keepNext/>
      </w:pPr>
      <w:r>
        <w:t>25. INT. ТАКСИ — НОЧЬ</w:t>
      </w:r>
    </w:p>
    <w:p>
      <w:pPr>
        <w:pStyle w:val="Action"/>
      </w:pPr>
      <w:r>
        <w:t>Город скользит за окнами. Осип держит Ольгу за руку. Она смотрит на отражение своего лица в стекле.</w:t>
      </w:r>
    </w:p>
    <w:p>
      <w:pPr>
        <w:pStyle w:val="Character"/>
      </w:pPr>
      <w:r>
        <w:t>ОСИП</w:t>
      </w:r>
    </w:p>
    <w:p>
      <w:pPr>
        <w:pStyle w:val="Dialogue"/>
      </w:pPr>
      <w:r>
        <w:t>Тебе было хорошо?</w:t>
      </w:r>
    </w:p>
    <w:p>
      <w:pPr>
        <w:pStyle w:val="Character"/>
      </w:pPr>
      <w:r>
        <w:t>ОЛЬГА</w:t>
      </w:r>
    </w:p>
    <w:p>
      <w:pPr>
        <w:pStyle w:val="Dialogue"/>
      </w:pPr>
      <w:r>
        <w:t>Да.</w:t>
      </w:r>
    </w:p>
    <w:p>
      <w:pPr>
        <w:pStyle w:val="Character"/>
      </w:pPr>
      <w:r>
        <w:t>ОСИП</w:t>
      </w:r>
    </w:p>
    <w:p>
      <w:pPr>
        <w:pStyle w:val="Dialogue"/>
      </w:pPr>
      <w:r>
        <w:t>Тогда всё правильно.</w:t>
      </w:r>
    </w:p>
    <w:p>
      <w:pPr>
        <w:pStyle w:val="Slug"/>
        <w:keepNext/>
      </w:pPr>
      <w:r>
        <w:t>26. MONTAGE — ДВЕ ЖИЗНИ</w:t>
      </w:r>
    </w:p>
    <w:p>
      <w:pPr>
        <w:pStyle w:val="Action"/>
      </w:pPr>
      <w:r>
        <w:t>— Ольга на примерке меняет три образа модели.</w:t>
      </w:r>
    </w:p>
    <w:p>
      <w:pPr>
        <w:pStyle w:val="Action"/>
      </w:pPr>
      <w:r>
        <w:t>— Осип вправляет плечо спортсмену.</w:t>
      </w:r>
    </w:p>
    <w:p>
      <w:pPr>
        <w:pStyle w:val="Action"/>
      </w:pPr>
      <w:r>
        <w:t>— Рябовский пишет Ольге ночью.</w:t>
      </w:r>
    </w:p>
    <w:p>
      <w:pPr>
        <w:pStyle w:val="Action"/>
      </w:pPr>
      <w:r>
        <w:t>— Ольга удаляет сообщение, потом восстанавливает.</w:t>
      </w:r>
    </w:p>
    <w:p>
      <w:pPr>
        <w:pStyle w:val="Action"/>
      </w:pPr>
      <w:r>
        <w:t>— Осип выгуливает Бруно под снегом.</w:t>
      </w:r>
    </w:p>
    <w:p>
      <w:pPr>
        <w:pStyle w:val="Action"/>
      </w:pPr>
      <w:r>
        <w:t>— Ольга снимает рекламный ролик в метро.</w:t>
      </w:r>
    </w:p>
    <w:p>
      <w:pPr>
        <w:pStyle w:val="Action"/>
      </w:pPr>
      <w:r>
        <w:t>— Осип получает благодарность от семьи пациента.</w:t>
      </w:r>
    </w:p>
    <w:p>
      <w:pPr>
        <w:pStyle w:val="Action"/>
      </w:pPr>
      <w:r>
        <w:t>— Ольга и Рябовский смеются в пустой галерее.</w:t>
      </w:r>
    </w:p>
    <w:p>
      <w:pPr>
        <w:pStyle w:val="Action"/>
      </w:pPr>
      <w:r>
        <w:t>— Умка опрокидывает вазу. Осип собирает осколки один.</w:t>
      </w:r>
    </w:p>
    <w:p>
      <w:pPr>
        <w:pStyle w:val="Slug"/>
        <w:keepNext/>
      </w:pPr>
      <w:r>
        <w:t>27. INT. ОФИС МОДНОГО БРЕНДА — ПЕРЕГОВОРНАЯ — ДЕНЬ</w:t>
      </w:r>
    </w:p>
    <w:p>
      <w:pPr>
        <w:pStyle w:val="Action"/>
      </w:pPr>
      <w:r>
        <w:t>На экране презентация международной кампании. Берлин, три дня, закрытый показ. Клиент хочет Рябовского как художника проекта и Ольгу как креативного директора.</w:t>
      </w:r>
    </w:p>
    <w:p>
      <w:pPr>
        <w:pStyle w:val="Character"/>
      </w:pPr>
      <w:r>
        <w:t>КЛИЕНТ</w:t>
      </w:r>
    </w:p>
    <w:p>
      <w:pPr>
        <w:pStyle w:val="Dialogue"/>
      </w:pPr>
      <w:r>
        <w:t>Нам нужна химия между вами.</w:t>
      </w:r>
    </w:p>
    <w:p>
      <w:pPr>
        <w:pStyle w:val="Character"/>
      </w:pPr>
      <w:r>
        <w:t>ОЛЬГА</w:t>
      </w:r>
    </w:p>
    <w:p>
      <w:pPr>
        <w:pStyle w:val="Dialogue"/>
      </w:pPr>
      <w:r>
        <w:t>В кадре?</w:t>
      </w:r>
    </w:p>
    <w:p>
      <w:pPr>
        <w:pStyle w:val="Character"/>
      </w:pPr>
      <w:r>
        <w:t>КЛИЕНТ</w:t>
      </w:r>
    </w:p>
    <w:p>
      <w:pPr>
        <w:pStyle w:val="Dialogue"/>
      </w:pPr>
      <w:r>
        <w:t>Везде.</w:t>
      </w:r>
    </w:p>
    <w:p>
      <w:pPr>
        <w:pStyle w:val="Slug"/>
        <w:keepNext/>
      </w:pPr>
      <w:r>
        <w:t>28. INT. КВАРТИРА — СПАЛЬНЯ — НОЧЬ</w:t>
      </w:r>
    </w:p>
    <w:p>
      <w:pPr>
        <w:pStyle w:val="Action"/>
      </w:pPr>
      <w:r>
        <w:t>Ольга собирает чемодан: четыре пары обуви, платья, ноутбук, украшения, аптечка. Осип складывает ей зарядку и паспорт.</w:t>
      </w:r>
    </w:p>
    <w:p>
      <w:pPr>
        <w:pStyle w:val="Character"/>
      </w:pPr>
      <w:r>
        <w:t>ОСИП</w:t>
      </w:r>
    </w:p>
    <w:p>
      <w:pPr>
        <w:pStyle w:val="Dialogue"/>
      </w:pPr>
      <w:r>
        <w:t>Три дня?</w:t>
      </w:r>
    </w:p>
    <w:p>
      <w:pPr>
        <w:pStyle w:val="Character"/>
      </w:pPr>
      <w:r>
        <w:t>ОЛЬГА</w:t>
      </w:r>
    </w:p>
    <w:p>
      <w:pPr>
        <w:pStyle w:val="Dialogue"/>
      </w:pPr>
      <w:r>
        <w:t>Максимум четыре.</w:t>
      </w:r>
    </w:p>
    <w:p>
      <w:pPr>
        <w:pStyle w:val="Character"/>
      </w:pPr>
      <w:r>
        <w:t>ОСИП</w:t>
      </w:r>
    </w:p>
    <w:p>
      <w:pPr>
        <w:pStyle w:val="Dialogue"/>
      </w:pPr>
      <w:r>
        <w:t>У Бруно контроль в пятницу.</w:t>
      </w:r>
    </w:p>
    <w:p>
      <w:pPr>
        <w:pStyle w:val="Character"/>
      </w:pPr>
      <w:r>
        <w:t>ОЛЬГА</w:t>
      </w:r>
    </w:p>
    <w:p>
      <w:pPr>
        <w:pStyle w:val="Dialogue"/>
      </w:pPr>
      <w:r>
        <w:t>Ты справишься.</w:t>
      </w:r>
    </w:p>
    <w:p>
      <w:pPr>
        <w:pStyle w:val="Character"/>
      </w:pPr>
      <w:r>
        <w:t>ОСИП</w:t>
      </w:r>
    </w:p>
    <w:p>
      <w:pPr>
        <w:pStyle w:val="Dialogue"/>
      </w:pPr>
      <w:r>
        <w:t>Я про тебя.</w:t>
      </w:r>
    </w:p>
    <w:p>
      <w:pPr>
        <w:pStyle w:val="Action"/>
      </w:pPr>
      <w:r>
        <w:t>Она целует его. Телефон светится сообщением Рябовского: «Встретимся в аэропорту».</w:t>
      </w:r>
    </w:p>
    <w:p>
      <w:pPr>
        <w:pStyle w:val="Slug"/>
        <w:keepNext/>
      </w:pPr>
      <w:r>
        <w:t>29. INT. АЭРОПОРТ — ТЕРМИНАЛ — УТРО</w:t>
      </w:r>
    </w:p>
    <w:p>
      <w:pPr>
        <w:pStyle w:val="Action"/>
      </w:pPr>
      <w:r>
        <w:t>Пассажиры, чемоданы, табло, детские коляски, служебная собака пограничников. Команда бренда движется через терминал с кофрами. Рябовский ждёт у бизнес-зала.</w:t>
      </w:r>
    </w:p>
    <w:p>
      <w:pPr>
        <w:pStyle w:val="Action"/>
      </w:pPr>
      <w:r>
        <w:t>Ольга получает видеозвонок: Осип дома, рядом Бруно и Умка.</w:t>
      </w:r>
    </w:p>
    <w:p>
      <w:pPr>
        <w:pStyle w:val="Character"/>
      </w:pPr>
      <w:r>
        <w:t>ОСИП</w:t>
      </w:r>
    </w:p>
    <w:p>
      <w:pPr>
        <w:pStyle w:val="Dialogue"/>
      </w:pPr>
      <w:r>
        <w:t>Семья желает хорошего полёта.</w:t>
      </w:r>
    </w:p>
    <w:p>
      <w:pPr>
        <w:pStyle w:val="Character"/>
      </w:pPr>
      <w:r>
        <w:t>ОЛЬГА</w:t>
      </w:r>
    </w:p>
    <w:p>
      <w:pPr>
        <w:pStyle w:val="Dialogue"/>
      </w:pPr>
      <w:r>
        <w:t>Даже кот?</w:t>
      </w:r>
    </w:p>
    <w:p>
      <w:pPr>
        <w:pStyle w:val="Character"/>
      </w:pPr>
      <w:r>
        <w:t>ОСИП</w:t>
      </w:r>
    </w:p>
    <w:p>
      <w:pPr>
        <w:pStyle w:val="Dialogue"/>
      </w:pPr>
      <w:r>
        <w:t>Кот желает крушения цивилизации, но лично к тебе претензий нет.</w:t>
      </w:r>
    </w:p>
    <w:p>
      <w:pPr>
        <w:pStyle w:val="Slug"/>
        <w:keepNext/>
      </w:pPr>
      <w:r>
        <w:t>30. INT. САМОЛЁТ — ДЕНЬ</w:t>
      </w:r>
    </w:p>
    <w:p>
      <w:pPr>
        <w:pStyle w:val="Action"/>
      </w:pPr>
      <w:r>
        <w:t>Ольга у окна, Рябовский рядом. Внизу облака. Он рисует её профиль на салфетке.</w:t>
      </w:r>
    </w:p>
    <w:p>
      <w:pPr>
        <w:pStyle w:val="Character"/>
      </w:pPr>
      <w:r>
        <w:t>ОЛЬГА</w:t>
      </w:r>
    </w:p>
    <w:p>
      <w:pPr>
        <w:pStyle w:val="Dialogue"/>
      </w:pPr>
      <w:r>
        <w:t>Это запрещённый приём.</w:t>
      </w:r>
    </w:p>
    <w:p>
      <w:pPr>
        <w:pStyle w:val="Character"/>
      </w:pPr>
      <w:r>
        <w:t>РЯБОВСКИЙ</w:t>
      </w:r>
    </w:p>
    <w:p>
      <w:pPr>
        <w:pStyle w:val="Dialogue"/>
      </w:pPr>
      <w:r>
        <w:t>Какой?</w:t>
      </w:r>
    </w:p>
    <w:p>
      <w:pPr>
        <w:pStyle w:val="Character"/>
      </w:pPr>
      <w:r>
        <w:t>ОЛЬГА</w:t>
      </w:r>
    </w:p>
    <w:p>
      <w:pPr>
        <w:pStyle w:val="Dialogue"/>
      </w:pPr>
      <w:r>
        <w:t>Делать женщину предметом искусства до того, как она успела отказаться.</w:t>
      </w:r>
    </w:p>
    <w:p>
      <w:pPr>
        <w:pStyle w:val="Character"/>
      </w:pPr>
      <w:r>
        <w:t>РЯБОВСКИЙ</w:t>
      </w:r>
    </w:p>
    <w:p>
      <w:pPr>
        <w:pStyle w:val="Dialogue"/>
      </w:pPr>
      <w:r>
        <w:t>Вы не предмет. Вы причина.</w:t>
      </w:r>
    </w:p>
    <w:p>
      <w:pPr>
        <w:pStyle w:val="Slug"/>
        <w:keepNext/>
      </w:pPr>
      <w:r>
        <w:t>31. EXT. БЕРЛИН — УЛИЦА У ОТЕЛЯ — ВЕЧЕР</w:t>
      </w:r>
    </w:p>
    <w:p>
      <w:pPr>
        <w:pStyle w:val="Action"/>
      </w:pPr>
      <w:r>
        <w:t>Команда выгружает чемоданы из минивэнов. Велосипедисты, трамвай, дождь, неон. Ольга и Рябовский остаются под одним зонтом.</w:t>
      </w:r>
    </w:p>
    <w:p>
      <w:pPr>
        <w:pStyle w:val="Slug"/>
        <w:keepNext/>
      </w:pPr>
      <w:r>
        <w:t>32. INT. БЕРЛИНСКИЙ ОТЕЛЬ — НОМЕР ОЛЬГИ — НОЧЬ</w:t>
      </w:r>
    </w:p>
    <w:p>
      <w:pPr>
        <w:pStyle w:val="Action"/>
      </w:pPr>
      <w:r>
        <w:t>Ольга распаковывает одежду. Видеозвонок с Осипом. Он в больничной комнате отдыха, ест суп из пластикового контейнера.</w:t>
      </w:r>
    </w:p>
    <w:p>
      <w:pPr>
        <w:pStyle w:val="Character"/>
      </w:pPr>
      <w:r>
        <w:t>ОЛЬГА</w:t>
      </w:r>
    </w:p>
    <w:p>
      <w:pPr>
        <w:pStyle w:val="Dialogue"/>
      </w:pPr>
      <w:r>
        <w:t>Ты опять на смене?</w:t>
      </w:r>
    </w:p>
    <w:p>
      <w:pPr>
        <w:pStyle w:val="Character"/>
      </w:pPr>
      <w:r>
        <w:t>ОСИП</w:t>
      </w:r>
    </w:p>
    <w:p>
      <w:pPr>
        <w:pStyle w:val="Dialogue"/>
      </w:pPr>
      <w:r>
        <w:t>Кто-то должен финансировать ветеринара Бруно.</w:t>
      </w:r>
    </w:p>
    <w:p>
      <w:pPr>
        <w:pStyle w:val="Character"/>
      </w:pPr>
      <w:r>
        <w:t>ОЛЬГА</w:t>
      </w:r>
    </w:p>
    <w:p>
      <w:pPr>
        <w:pStyle w:val="Dialogue"/>
      </w:pPr>
      <w:r>
        <w:t>Я скучаю.</w:t>
      </w:r>
    </w:p>
    <w:p>
      <w:pPr>
        <w:pStyle w:val="Character"/>
      </w:pPr>
      <w:r>
        <w:t>ОСИП</w:t>
      </w:r>
    </w:p>
    <w:p>
      <w:pPr>
        <w:pStyle w:val="Dialogue"/>
      </w:pPr>
      <w:r>
        <w:t>Я тоже.</w:t>
      </w:r>
    </w:p>
    <w:p>
      <w:pPr>
        <w:pStyle w:val="Action"/>
      </w:pPr>
      <w:r>
        <w:t>Стук в дверь. Рябовский принёс бутылку вина и эскизы.</w:t>
      </w:r>
    </w:p>
    <w:p>
      <w:pPr>
        <w:pStyle w:val="Character"/>
      </w:pPr>
      <w:r>
        <w:t>ОЛЬГА</w:t>
      </w:r>
    </w:p>
    <w:p>
      <w:pPr>
        <w:pStyle w:val="Dialogue"/>
      </w:pPr>
      <w:r>
        <w:t>Мне надо работать.</w:t>
      </w:r>
    </w:p>
    <w:p>
      <w:pPr>
        <w:pStyle w:val="Character"/>
      </w:pPr>
      <w:r>
        <w:t>ОСИП</w:t>
      </w:r>
    </w:p>
    <w:p>
      <w:pPr>
        <w:pStyle w:val="Dialogue"/>
      </w:pPr>
      <w:r>
        <w:t>Конечно. Люблю тебя.</w:t>
      </w:r>
    </w:p>
    <w:p>
      <w:pPr>
        <w:pStyle w:val="Character"/>
      </w:pPr>
      <w:r>
        <w:t>ОЛЬГА</w:t>
      </w:r>
    </w:p>
    <w:p>
      <w:pPr>
        <w:pStyle w:val="Dialogue"/>
      </w:pPr>
      <w:r>
        <w:t>И я.</w:t>
      </w:r>
    </w:p>
    <w:p>
      <w:pPr>
        <w:pStyle w:val="Action"/>
      </w:pPr>
      <w:r>
        <w:t>Она завершает звонок и открывает дверь.</w:t>
      </w:r>
    </w:p>
    <w:p>
      <w:pPr>
        <w:pStyle w:val="Slug"/>
        <w:keepNext/>
      </w:pPr>
      <w:r>
        <w:t>33. INT. БЕРЛИНСКИЙ ОТЕЛЬ — НОМЕР ОЛЬГИ — ПОЗЖЕ</w:t>
      </w:r>
    </w:p>
    <w:p>
      <w:pPr>
        <w:pStyle w:val="Action"/>
      </w:pPr>
      <w:r>
        <w:t>Эскизы разложены на полу. Вино почти выпито. Они спорят о финальном образе кампании.</w:t>
      </w:r>
    </w:p>
    <w:p>
      <w:pPr>
        <w:pStyle w:val="Character"/>
      </w:pPr>
      <w:r>
        <w:t>РЯБОВСКИЙ</w:t>
      </w:r>
    </w:p>
    <w:p>
      <w:pPr>
        <w:pStyle w:val="Dialogue"/>
      </w:pPr>
      <w:r>
        <w:t>Ты всё контролируешь, потому что боишься увидеть, что останется без контроля.</w:t>
      </w:r>
    </w:p>
    <w:p>
      <w:pPr>
        <w:pStyle w:val="Character"/>
      </w:pPr>
      <w:r>
        <w:t>ОЛЬГА</w:t>
      </w:r>
    </w:p>
    <w:p>
      <w:pPr>
        <w:pStyle w:val="Dialogue"/>
      </w:pPr>
      <w:r>
        <w:t>А ты называешь хаос свободой, потому что не умеешь отвечать за последствия.</w:t>
      </w:r>
    </w:p>
    <w:p>
      <w:pPr>
        <w:pStyle w:val="Action"/>
      </w:pPr>
      <w:r>
        <w:t>Они оказываются слишком близко. Поцелуй короткий, почти злой. Ольга отступает.</w:t>
      </w:r>
    </w:p>
    <w:p>
      <w:pPr>
        <w:pStyle w:val="Character"/>
      </w:pPr>
      <w:r>
        <w:t>ОЛЬГА</w:t>
      </w:r>
    </w:p>
    <w:p>
      <w:pPr>
        <w:pStyle w:val="Dialogue"/>
      </w:pPr>
      <w:r>
        <w:t>Уходи.</w:t>
      </w:r>
    </w:p>
    <w:p>
      <w:pPr>
        <w:pStyle w:val="Character"/>
      </w:pPr>
      <w:r>
        <w:t>РЯБОВСКИЙ</w:t>
      </w:r>
    </w:p>
    <w:p>
      <w:pPr>
        <w:pStyle w:val="Dialogue"/>
      </w:pPr>
      <w:r>
        <w:t>Хорошо.</w:t>
      </w:r>
    </w:p>
    <w:p>
      <w:pPr>
        <w:pStyle w:val="Action"/>
      </w:pPr>
      <w:r>
        <w:t>Он не двигается. Она целует его снова.</w:t>
      </w:r>
    </w:p>
    <w:p>
      <w:pPr>
        <w:pStyle w:val="Slug"/>
        <w:keepNext/>
      </w:pPr>
      <w:r>
        <w:t>34. INT. ФОТОПАВИЛЬОН В БЕРЛИНЕ — ДЕНЬ</w:t>
      </w:r>
    </w:p>
    <w:p>
      <w:pPr>
        <w:pStyle w:val="Action"/>
      </w:pPr>
      <w:r>
        <w:t>Гигантская съёмка. Модели, визажисты, стилисты, LED-экраны, вода на полу, страховочные тросы. Ольга работает безупречно. Рябовский наблюдает с другого конца павильона. Никто не замечает перемены, кроме Киры.</w:t>
      </w:r>
    </w:p>
    <w:p>
      <w:pPr>
        <w:pStyle w:val="Slug"/>
        <w:keepNext/>
      </w:pPr>
      <w:r>
        <w:t>35. EXT. БЕРЛИН — КАНАЛ — НОЧЬ</w:t>
      </w:r>
    </w:p>
    <w:p>
      <w:pPr>
        <w:pStyle w:val="Action"/>
      </w:pPr>
      <w:r>
        <w:t>Ольга и Рябовский едут на велосипедах вдоль воды. Дождь закончился. Он тормозит под мостом.</w:t>
      </w:r>
    </w:p>
    <w:p>
      <w:pPr>
        <w:pStyle w:val="Character"/>
      </w:pPr>
      <w:r>
        <w:t>РЯБОВСКИЙ</w:t>
      </w:r>
    </w:p>
    <w:p>
      <w:pPr>
        <w:pStyle w:val="Dialogue"/>
      </w:pPr>
      <w:r>
        <w:t>Не возвращайся завтра.</w:t>
      </w:r>
    </w:p>
    <w:p>
      <w:pPr>
        <w:pStyle w:val="Character"/>
      </w:pPr>
      <w:r>
        <w:t>ОЛЬГА</w:t>
      </w:r>
    </w:p>
    <w:p>
      <w:pPr>
        <w:pStyle w:val="Dialogue"/>
      </w:pPr>
      <w:r>
        <w:t>У меня муж.</w:t>
      </w:r>
    </w:p>
    <w:p>
      <w:pPr>
        <w:pStyle w:val="Character"/>
      </w:pPr>
      <w:r>
        <w:t>РЯБОВСКИЙ</w:t>
      </w:r>
    </w:p>
    <w:p>
      <w:pPr>
        <w:pStyle w:val="Dialogue"/>
      </w:pPr>
      <w:r>
        <w:t>Я знаю.</w:t>
      </w:r>
    </w:p>
    <w:p>
      <w:pPr>
        <w:pStyle w:val="Character"/>
      </w:pPr>
      <w:r>
        <w:t>ОЛЬГА</w:t>
      </w:r>
    </w:p>
    <w:p>
      <w:pPr>
        <w:pStyle w:val="Dialogue"/>
      </w:pPr>
      <w:r>
        <w:t>Тогда не проси.</w:t>
      </w:r>
    </w:p>
    <w:p>
      <w:pPr>
        <w:pStyle w:val="Character"/>
      </w:pPr>
      <w:r>
        <w:t>РЯБОВСКИЙ</w:t>
      </w:r>
    </w:p>
    <w:p>
      <w:pPr>
        <w:pStyle w:val="Dialogue"/>
      </w:pPr>
      <w:r>
        <w:t>Я не прошу. Я говорю, чего хочу.</w:t>
      </w:r>
    </w:p>
    <w:p>
      <w:pPr>
        <w:pStyle w:val="Slug"/>
        <w:keepNext/>
      </w:pPr>
      <w:r>
        <w:t>36. INT. КВАРТИРА — КУХНЯ — НОЧЬ</w:t>
      </w:r>
    </w:p>
    <w:p>
      <w:pPr>
        <w:pStyle w:val="Action"/>
      </w:pPr>
      <w:r>
        <w:t>Осип возвращается. Бруно не ест. Умка сидит возле пустой миски. На столе открыт ноутбук Ольги. На экране автоматически появляется публикация из Берлина: Ольга и Рябовский смеются на велосипеде.</w:t>
      </w:r>
    </w:p>
    <w:p>
      <w:pPr>
        <w:pStyle w:val="Action"/>
      </w:pPr>
      <w:r>
        <w:t>Осип закрывает ноутбук.</w:t>
      </w:r>
    </w:p>
    <w:p>
      <w:pPr>
        <w:pStyle w:val="Slug"/>
        <w:keepNext/>
      </w:pPr>
      <w:r>
        <w:t>37. INT. АЭРОПОРТ — ЗОНА ПРИЛЁТА — ДЕНЬ</w:t>
      </w:r>
    </w:p>
    <w:p>
      <w:pPr>
        <w:pStyle w:val="Action"/>
      </w:pPr>
      <w:r>
        <w:t>Ольга выходит с командой. Осип ждёт с Бруно. Собака вырывается и бежит к ней. Ольга падает на колени, обнимает Бруно. Осип держит цветы.</w:t>
      </w:r>
    </w:p>
    <w:p>
      <w:pPr>
        <w:pStyle w:val="Character"/>
      </w:pPr>
      <w:r>
        <w:t>ОЛЬГА</w:t>
      </w:r>
    </w:p>
    <w:p>
      <w:pPr>
        <w:pStyle w:val="Dialogue"/>
      </w:pPr>
      <w:r>
        <w:t>Ты приехал.</w:t>
      </w:r>
    </w:p>
    <w:p>
      <w:pPr>
        <w:pStyle w:val="Character"/>
      </w:pPr>
      <w:r>
        <w:t>ОСИП</w:t>
      </w:r>
    </w:p>
    <w:p>
      <w:pPr>
        <w:pStyle w:val="Dialogue"/>
      </w:pPr>
      <w:r>
        <w:t>Ты тоже.</w:t>
      </w:r>
    </w:p>
    <w:p>
      <w:pPr>
        <w:pStyle w:val="Action"/>
      </w:pPr>
      <w:r>
        <w:t>Она обнимает его слишком крепко, словно пытается спрятаться.</w:t>
      </w:r>
    </w:p>
    <w:p>
      <w:pPr>
        <w:pStyle w:val="Slug"/>
        <w:keepNext/>
      </w:pPr>
      <w:r>
        <w:t>38. INT. КВАРТИРА — ВАННАЯ — НОЧЬ</w:t>
      </w:r>
    </w:p>
    <w:p>
      <w:pPr>
        <w:pStyle w:val="Action"/>
      </w:pPr>
      <w:r>
        <w:t>Ольга смывает макияж. На ключице едва заметный след. Она закрывает его консилером. В зеркале появляется Осип.</w:t>
      </w:r>
    </w:p>
    <w:p>
      <w:pPr>
        <w:pStyle w:val="Character"/>
      </w:pPr>
      <w:r>
        <w:t>ОСИП</w:t>
      </w:r>
    </w:p>
    <w:p>
      <w:pPr>
        <w:pStyle w:val="Dialogue"/>
      </w:pPr>
      <w:r>
        <w:t>Ты счастлива?</w:t>
      </w:r>
    </w:p>
    <w:p>
      <w:pPr>
        <w:pStyle w:val="Character"/>
      </w:pPr>
      <w:r>
        <w:t>ОЛЬГА</w:t>
      </w:r>
    </w:p>
    <w:p>
      <w:pPr>
        <w:pStyle w:val="Dialogue"/>
      </w:pPr>
      <w:r>
        <w:t>Почему ты спрашиваешь?</w:t>
      </w:r>
    </w:p>
    <w:p>
      <w:pPr>
        <w:pStyle w:val="Character"/>
      </w:pPr>
      <w:r>
        <w:t>ОСИП</w:t>
      </w:r>
    </w:p>
    <w:p>
      <w:pPr>
        <w:pStyle w:val="Dialogue"/>
      </w:pPr>
      <w:r>
        <w:t>Потому что давно не спрашивал.</w:t>
      </w:r>
    </w:p>
    <w:p>
      <w:pPr>
        <w:pStyle w:val="Character"/>
      </w:pPr>
      <w:r>
        <w:t>ОЛЬГА</w:t>
      </w:r>
    </w:p>
    <w:p>
      <w:pPr>
        <w:pStyle w:val="Dialogue"/>
      </w:pPr>
      <w:r>
        <w:t>Да.</w:t>
      </w:r>
    </w:p>
    <w:p>
      <w:pPr>
        <w:pStyle w:val="Action"/>
      </w:pPr>
      <w:r>
        <w:t>Он кивает. Ответ причиняет ему боль, но он не показывает.</w:t>
      </w:r>
    </w:p>
    <w:p>
      <w:pPr>
        <w:pStyle w:val="Slug"/>
        <w:keepNext/>
      </w:pPr>
      <w:r>
        <w:t>39. INT. БОЛЬНИЦА — КОНФЕРЕНЦ-ЗАЛ — ДЕНЬ</w:t>
      </w:r>
    </w:p>
    <w:p>
      <w:pPr>
        <w:pStyle w:val="Action"/>
      </w:pPr>
      <w:r>
        <w:t>Осип представляет новый протокол экстренной помощи. Врачи аплодируют. Главврач объявляет, что Осип назначен руководителем отделения. Лена снимает на телефон.</w:t>
      </w:r>
    </w:p>
    <w:p>
      <w:pPr>
        <w:pStyle w:val="Character"/>
      </w:pPr>
      <w:r>
        <w:t>ГЛАВВРАЧ</w:t>
      </w:r>
    </w:p>
    <w:p>
      <w:pPr>
        <w:pStyle w:val="Dialogue"/>
      </w:pPr>
      <w:r>
        <w:t>Ваши методы уже спасли десятки пациентов.</w:t>
      </w:r>
    </w:p>
    <w:p>
      <w:pPr>
        <w:pStyle w:val="Action"/>
      </w:pPr>
      <w:r>
        <w:t>Осип пишет Ольге: «Сегодня есть повод открыть шампанское». Сообщение остаётся непрочитанным.</w:t>
      </w:r>
    </w:p>
    <w:p>
      <w:pPr>
        <w:pStyle w:val="Slug"/>
        <w:keepNext/>
      </w:pPr>
      <w:r>
        <w:t>40. INT. СТУДИЯ РЯБОВСКОГО — ДЕНЬ</w:t>
      </w:r>
    </w:p>
    <w:p>
      <w:pPr>
        <w:pStyle w:val="Action"/>
      </w:pPr>
      <w:r>
        <w:t>Огромный лофт. Холсты, растворители, проекторы. Фрида спит на старом диване. Ольга позирует Рябовскому в простой белой рубашке. Телефон вибрирует. Она отключает звук.</w:t>
      </w:r>
    </w:p>
    <w:p>
      <w:pPr>
        <w:pStyle w:val="Character"/>
      </w:pPr>
      <w:r>
        <w:t>РЯБОВСКИЙ</w:t>
      </w:r>
    </w:p>
    <w:p>
      <w:pPr>
        <w:pStyle w:val="Dialogue"/>
      </w:pPr>
      <w:r>
        <w:t>Не двигайся.</w:t>
      </w:r>
    </w:p>
    <w:p>
      <w:pPr>
        <w:pStyle w:val="Character"/>
      </w:pPr>
      <w:r>
        <w:t>ОЛЬГА</w:t>
      </w:r>
    </w:p>
    <w:p>
      <w:pPr>
        <w:pStyle w:val="Dialogue"/>
      </w:pPr>
      <w:r>
        <w:t>Я всю жизнь двигаюсь.</w:t>
      </w:r>
    </w:p>
    <w:p>
      <w:pPr>
        <w:pStyle w:val="Character"/>
      </w:pPr>
      <w:r>
        <w:t>РЯБОВСКИЙ</w:t>
      </w:r>
    </w:p>
    <w:p>
      <w:pPr>
        <w:pStyle w:val="Dialogue"/>
      </w:pPr>
      <w:r>
        <w:t>Поэтому тебя никто не видел.</w:t>
      </w:r>
    </w:p>
    <w:p>
      <w:pPr>
        <w:pStyle w:val="Slug"/>
        <w:keepNext/>
      </w:pPr>
      <w:r>
        <w:t>41. INT. КВАРТИРА — ГОСТИНАЯ — НОЧЬ</w:t>
      </w:r>
    </w:p>
    <w:p>
      <w:pPr>
        <w:pStyle w:val="Action"/>
      </w:pPr>
      <w:r>
        <w:t>Шампанское стоит неоткрытым. Осип один кормит животных. По телевизору интервью Ольги и Рябовского о новой кампании.</w:t>
      </w:r>
    </w:p>
    <w:p>
      <w:pPr>
        <w:pStyle w:val="Character"/>
      </w:pPr>
      <w:r>
        <w:t>ОЛЬГА (НА ЭКРАНЕ)</w:t>
      </w:r>
    </w:p>
    <w:p>
      <w:pPr>
        <w:pStyle w:val="Dialogue"/>
      </w:pPr>
      <w:r>
        <w:t>Антон заставляет меня рисковать.</w:t>
      </w:r>
    </w:p>
    <w:p>
      <w:pPr>
        <w:pStyle w:val="Character"/>
      </w:pPr>
      <w:r>
        <w:t>РЯБОВСКИЙ (НА ЭКРАНЕ)</w:t>
      </w:r>
    </w:p>
    <w:p>
      <w:pPr>
        <w:pStyle w:val="Dialogue"/>
      </w:pPr>
      <w:r>
        <w:t>Она делает риск красивым.</w:t>
      </w:r>
    </w:p>
    <w:p>
      <w:pPr>
        <w:pStyle w:val="Action"/>
      </w:pPr>
      <w:r>
        <w:t>Осип выключает телевизор.</w:t>
      </w:r>
    </w:p>
    <w:p>
      <w:pPr>
        <w:pStyle w:val="Slug"/>
        <w:keepNext/>
      </w:pPr>
      <w:r>
        <w:t>42. EXT. ЗАГОРОДНЫЙ ДОМ — ДЕНЬ</w:t>
      </w:r>
    </w:p>
    <w:p>
      <w:pPr>
        <w:pStyle w:val="Action"/>
      </w:pPr>
      <w:r>
        <w:t>Съёмочная группа готовит летнюю кампанию. Бассейн, лодка у причала, дрон, кейтеринг, модели, дети массовки, лабрадор клиента. Ольга приезжает на Porsche Рябовского. Кира замечает.</w:t>
      </w:r>
    </w:p>
    <w:p>
      <w:pPr>
        <w:pStyle w:val="Character"/>
      </w:pPr>
      <w:r>
        <w:t>КИРА</w:t>
      </w:r>
    </w:p>
    <w:p>
      <w:pPr>
        <w:pStyle w:val="Dialogue"/>
      </w:pPr>
      <w:r>
        <w:t>Ты даже не пытаешься скрывать.</w:t>
      </w:r>
    </w:p>
    <w:p>
      <w:pPr>
        <w:pStyle w:val="Character"/>
      </w:pPr>
      <w:r>
        <w:t>ОЛЬГА</w:t>
      </w:r>
    </w:p>
    <w:p>
      <w:pPr>
        <w:pStyle w:val="Dialogue"/>
      </w:pPr>
      <w:r>
        <w:t>Нечего скрывать.</w:t>
      </w:r>
    </w:p>
    <w:p>
      <w:pPr>
        <w:pStyle w:val="Character"/>
      </w:pPr>
      <w:r>
        <w:t>КИРА</w:t>
      </w:r>
    </w:p>
    <w:p>
      <w:pPr>
        <w:pStyle w:val="Dialogue"/>
      </w:pPr>
      <w:r>
        <w:t>Тогда почему врёшь мужу?</w:t>
      </w:r>
    </w:p>
    <w:p>
      <w:pPr>
        <w:pStyle w:val="Slug"/>
        <w:keepNext/>
      </w:pPr>
      <w:r>
        <w:t>43. EXT. ОЗЕРО — ЛОДКА — ЗАКАТ</w:t>
      </w:r>
    </w:p>
    <w:p>
      <w:pPr>
        <w:pStyle w:val="Action"/>
      </w:pPr>
      <w:r>
        <w:t>Ольга и Рябовский остаются в моторной лодке после съёмки. Ветер поднимает её волосы. На берегу команда складывает оборудование.</w:t>
      </w:r>
    </w:p>
    <w:p>
      <w:pPr>
        <w:pStyle w:val="Character"/>
      </w:pPr>
      <w:r>
        <w:t>РЯБОВСКИЙ</w:t>
      </w:r>
    </w:p>
    <w:p>
      <w:pPr>
        <w:pStyle w:val="Dialogue"/>
      </w:pPr>
      <w:r>
        <w:t>Поедем со мной в Венецию.</w:t>
      </w:r>
    </w:p>
    <w:p>
      <w:pPr>
        <w:pStyle w:val="Character"/>
      </w:pPr>
      <w:r>
        <w:t>ОЛЬГА</w:t>
      </w:r>
    </w:p>
    <w:p>
      <w:pPr>
        <w:pStyle w:val="Dialogue"/>
      </w:pPr>
      <w:r>
        <w:t>Когда?</w:t>
      </w:r>
    </w:p>
    <w:p>
      <w:pPr>
        <w:pStyle w:val="Character"/>
      </w:pPr>
      <w:r>
        <w:t>РЯБОВСКИЙ</w:t>
      </w:r>
    </w:p>
    <w:p>
      <w:pPr>
        <w:pStyle w:val="Dialogue"/>
      </w:pPr>
      <w:r>
        <w:t>Через неделю.</w:t>
      </w:r>
    </w:p>
    <w:p>
      <w:pPr>
        <w:pStyle w:val="Character"/>
      </w:pPr>
      <w:r>
        <w:t>ОЛЬГА</w:t>
      </w:r>
    </w:p>
    <w:p>
      <w:pPr>
        <w:pStyle w:val="Dialogue"/>
      </w:pPr>
      <w:r>
        <w:t>У Осипа день рождения.</w:t>
      </w:r>
    </w:p>
    <w:p>
      <w:pPr>
        <w:pStyle w:val="Character"/>
      </w:pPr>
      <w:r>
        <w:t>РЯБОВСКИЙ</w:t>
      </w:r>
    </w:p>
    <w:p>
      <w:pPr>
        <w:pStyle w:val="Dialogue"/>
      </w:pPr>
      <w:r>
        <w:t>У него каждый год день рождения.</w:t>
      </w:r>
    </w:p>
    <w:p>
      <w:pPr>
        <w:pStyle w:val="Action"/>
      </w:pPr>
      <w:r>
        <w:t>Она смеётся, потом перестаёт.</w:t>
      </w:r>
    </w:p>
    <w:p>
      <w:pPr>
        <w:pStyle w:val="Slug"/>
        <w:keepNext/>
      </w:pPr>
      <w:r>
        <w:t>44. INT. КВАРТИРА — КУХНЯ — УТРО</w:t>
      </w:r>
    </w:p>
    <w:p>
      <w:pPr>
        <w:pStyle w:val="Action"/>
      </w:pPr>
      <w:r>
        <w:t>Осип печёт блины. На столе список гостей к его дню рождения — всего шесть человек. Ольга входит, не снимая пальто.</w:t>
      </w:r>
    </w:p>
    <w:p>
      <w:pPr>
        <w:pStyle w:val="Character"/>
      </w:pPr>
      <w:r>
        <w:t>ОЛЬГА</w:t>
      </w:r>
    </w:p>
    <w:p>
      <w:pPr>
        <w:pStyle w:val="Dialogue"/>
      </w:pPr>
      <w:r>
        <w:t>Мне нужно в Венецию на пять дней.</w:t>
      </w:r>
    </w:p>
    <w:p>
      <w:pPr>
        <w:pStyle w:val="Character"/>
      </w:pPr>
      <w:r>
        <w:t>ОСИП</w:t>
      </w:r>
    </w:p>
    <w:p>
      <w:pPr>
        <w:pStyle w:val="Dialogue"/>
      </w:pPr>
      <w:r>
        <w:t>Когда?</w:t>
      </w:r>
    </w:p>
    <w:p>
      <w:pPr>
        <w:pStyle w:val="Character"/>
      </w:pPr>
      <w:r>
        <w:t>ОЛЬГА</w:t>
      </w:r>
    </w:p>
    <w:p>
      <w:pPr>
        <w:pStyle w:val="Dialogue"/>
      </w:pPr>
      <w:r>
        <w:t>В пятницу.</w:t>
      </w:r>
    </w:p>
    <w:p>
      <w:pPr>
        <w:pStyle w:val="Character"/>
      </w:pPr>
      <w:r>
        <w:t>ОСИП</w:t>
      </w:r>
    </w:p>
    <w:p>
      <w:pPr>
        <w:pStyle w:val="Dialogue"/>
      </w:pPr>
      <w:r>
        <w:t>В пятницу мне сорок.</w:t>
      </w:r>
    </w:p>
    <w:p>
      <w:pPr>
        <w:pStyle w:val="Action"/>
      </w:pPr>
      <w:r>
        <w:t>Пауза.</w:t>
      </w:r>
    </w:p>
    <w:p>
      <w:pPr>
        <w:pStyle w:val="Character"/>
      </w:pPr>
      <w:r>
        <w:t>ОЛЬГА</w:t>
      </w:r>
    </w:p>
    <w:p>
      <w:pPr>
        <w:pStyle w:val="Dialogue"/>
      </w:pPr>
      <w:r>
        <w:t>Я вернусь вечером.</w:t>
      </w:r>
    </w:p>
    <w:p>
      <w:pPr>
        <w:pStyle w:val="Character"/>
      </w:pPr>
      <w:r>
        <w:t>ОСИП</w:t>
      </w:r>
    </w:p>
    <w:p>
      <w:pPr>
        <w:pStyle w:val="Dialogue"/>
      </w:pPr>
      <w:r>
        <w:t>Конечно.</w:t>
      </w:r>
    </w:p>
    <w:p>
      <w:pPr>
        <w:pStyle w:val="Action"/>
      </w:pPr>
      <w:r>
        <w:t>Блин на сковороде начинает гореть.</w:t>
      </w:r>
    </w:p>
    <w:p>
      <w:pPr>
        <w:pStyle w:val="Slug"/>
        <w:keepNext/>
      </w:pPr>
      <w:r>
        <w:t>45. INT. БОЛЬНИЦА — ПАЛАТА — ДЕНЬ</w:t>
      </w:r>
    </w:p>
    <w:p>
      <w:pPr>
        <w:pStyle w:val="Action"/>
      </w:pPr>
      <w:r>
        <w:t>Миша, уже здоровый, дарит Осипу бумажную медаль: «ЛУЧШИЙ ДОКТОР». Его мать плачет от благодарности. Осип улыбается, но взгляд пустой.</w:t>
      </w:r>
    </w:p>
    <w:p>
      <w:pPr>
        <w:pStyle w:val="Slug"/>
        <w:keepNext/>
      </w:pPr>
      <w:r>
        <w:t>46. INT. АЭРОПОРТ — ВЫЛЕТ — ДЕНЬ</w:t>
      </w:r>
    </w:p>
    <w:p>
      <w:pPr>
        <w:pStyle w:val="Action"/>
      </w:pPr>
      <w:r>
        <w:t>Ольга стоит у гейта. Рябовский покупает шампанское. По видеосвязи Осип задувает одну свечу на кухне. Рядом Лена, два врача, Бруно и Умка.</w:t>
      </w:r>
    </w:p>
    <w:p>
      <w:pPr>
        <w:pStyle w:val="Character"/>
      </w:pPr>
      <w:r>
        <w:t>ОЛЬГА</w:t>
      </w:r>
    </w:p>
    <w:p>
      <w:pPr>
        <w:pStyle w:val="Dialogue"/>
      </w:pPr>
      <w:r>
        <w:t>Я успею на последний рейс.</w:t>
      </w:r>
    </w:p>
    <w:p>
      <w:pPr>
        <w:pStyle w:val="Character"/>
      </w:pPr>
      <w:r>
        <w:t>ОСИП</w:t>
      </w:r>
    </w:p>
    <w:p>
      <w:pPr>
        <w:pStyle w:val="Dialogue"/>
      </w:pPr>
      <w:r>
        <w:t>Не торопись. Здесь всё хорошо.</w:t>
      </w:r>
    </w:p>
    <w:p>
      <w:pPr>
        <w:pStyle w:val="Action"/>
      </w:pPr>
      <w:r>
        <w:t>Он улыбается. После звонка свеча продолжает гореть.</w:t>
      </w:r>
    </w:p>
    <w:p>
      <w:pPr>
        <w:pStyle w:val="Slug"/>
        <w:keepNext/>
      </w:pPr>
      <w:r>
        <w:t>47. EXT. ВЕНЕЦИЯ — КАНАЛ — ДЕНЬ</w:t>
      </w:r>
    </w:p>
    <w:p>
      <w:pPr>
        <w:pStyle w:val="Action"/>
      </w:pPr>
      <w:r>
        <w:t>Вапоретто проходит мимо дворцов. Ольга и Рябовский стоят у борта. Туристы, чемоданы, чайки. Он целует её открыто. Она не отстраняется.</w:t>
      </w:r>
    </w:p>
    <w:p>
      <w:pPr>
        <w:pStyle w:val="Slug"/>
        <w:keepNext/>
      </w:pPr>
      <w:r>
        <w:t>48. INT. ВЕНЕЦИАНСКОЕ ПАЛАЦЦО — ВЫСТАВКА — НОЧЬ</w:t>
      </w:r>
    </w:p>
    <w:p>
      <w:pPr>
        <w:pStyle w:val="Action"/>
      </w:pPr>
      <w:r>
        <w:t>Мрамор, свечи, коллекционеры, пресса. Рябовский представляет новую работу — видеопортрет Ольги. Её лицо растворяется в белом свете. Зал аплодирует. Ольга плачет от счастья.</w:t>
      </w:r>
    </w:p>
    <w:p>
      <w:pPr>
        <w:pStyle w:val="Slug"/>
        <w:keepNext/>
      </w:pPr>
      <w:r>
        <w:t>49. INT. ОТЕЛЬ В ВЕНЕЦИИ — НОМЕР — НОЧЬ</w:t>
      </w:r>
    </w:p>
    <w:p>
      <w:pPr>
        <w:pStyle w:val="Action"/>
      </w:pPr>
      <w:r>
        <w:t>Рябовский листает отзывы о выставке. Ольга лежит рядом.</w:t>
      </w:r>
    </w:p>
    <w:p>
      <w:pPr>
        <w:pStyle w:val="Character"/>
      </w:pPr>
      <w:r>
        <w:t>ОЛЬГА</w:t>
      </w:r>
    </w:p>
    <w:p>
      <w:pPr>
        <w:pStyle w:val="Dialogue"/>
      </w:pPr>
      <w:r>
        <w:t>Ты любишь меня?</w:t>
      </w:r>
    </w:p>
    <w:p>
      <w:pPr>
        <w:pStyle w:val="Character"/>
      </w:pPr>
      <w:r>
        <w:t>РЯБОВСКИЙ</w:t>
      </w:r>
    </w:p>
    <w:p>
      <w:pPr>
        <w:pStyle w:val="Dialogue"/>
      </w:pPr>
      <w:r>
        <w:t>Сейчас?</w:t>
      </w:r>
    </w:p>
    <w:p>
      <w:pPr>
        <w:pStyle w:val="Character"/>
      </w:pPr>
      <w:r>
        <w:t>ОЛЬГА</w:t>
      </w:r>
    </w:p>
    <w:p>
      <w:pPr>
        <w:pStyle w:val="Dialogue"/>
      </w:pPr>
      <w:r>
        <w:t>Вообще.</w:t>
      </w:r>
    </w:p>
    <w:p>
      <w:pPr>
        <w:pStyle w:val="Character"/>
      </w:pPr>
      <w:r>
        <w:t>РЯБОВСКИЙ</w:t>
      </w:r>
    </w:p>
    <w:p>
      <w:pPr>
        <w:pStyle w:val="Dialogue"/>
      </w:pPr>
      <w:r>
        <w:t>Вообще я ничего не люблю. Иначе не смог бы работать.</w:t>
      </w:r>
    </w:p>
    <w:p>
      <w:pPr>
        <w:pStyle w:val="Action"/>
      </w:pPr>
      <w:r>
        <w:t>Она отворачивается. Он уже отвечает журналисту.</w:t>
      </w:r>
    </w:p>
    <w:p>
      <w:pPr>
        <w:pStyle w:val="Slug"/>
        <w:keepNext/>
      </w:pPr>
      <w:r>
        <w:t>50. INT. КВАРТИРА — ГОСТИНАЯ — НОЧЬ</w:t>
      </w:r>
    </w:p>
    <w:p>
      <w:pPr>
        <w:pStyle w:val="Action"/>
      </w:pPr>
      <w:r>
        <w:t>Осип приходит домой и замечает под столом маленького ЩЕНКА — дворнягу с перебинтованной лапой. Лена привезла его после ДТП.</w:t>
      </w:r>
    </w:p>
    <w:p>
      <w:pPr>
        <w:pStyle w:val="Character"/>
      </w:pPr>
      <w:r>
        <w:t>ЛЕНА</w:t>
      </w:r>
    </w:p>
    <w:p>
      <w:pPr>
        <w:pStyle w:val="Dialogue"/>
      </w:pPr>
      <w:r>
        <w:t>Приют не принимает до утра.</w:t>
      </w:r>
    </w:p>
    <w:p>
      <w:pPr>
        <w:pStyle w:val="Character"/>
      </w:pPr>
      <w:r>
        <w:t>ОСИП</w:t>
      </w:r>
    </w:p>
    <w:p>
      <w:pPr>
        <w:pStyle w:val="Dialogue"/>
      </w:pPr>
      <w:r>
        <w:t>Значит, переночует.</w:t>
      </w:r>
    </w:p>
    <w:p>
      <w:pPr>
        <w:pStyle w:val="Action"/>
      </w:pPr>
      <w:r>
        <w:t>Бруно осторожно ложится рядом со щенком. Осип фотографирует их, но не отправляет Ольге.</w:t>
      </w:r>
    </w:p>
    <w:p>
      <w:pPr>
        <w:pStyle w:val="Slug"/>
        <w:keepNext/>
      </w:pPr>
      <w:r>
        <w:t>51. INT. БОЛЬНИЦА — ПРИЁМНОЕ ОТДЕЛЕНИЕ — НОЧЬ</w:t>
      </w:r>
    </w:p>
    <w:p>
      <w:pPr>
        <w:pStyle w:val="Action"/>
      </w:pPr>
      <w:r>
        <w:t>Скорая привозит семью мигрантов. Девочка, 7, тяжело дышит. На одежде матери кровь и грязь. Осип надевает защитный экран и начинает осмотр.</w:t>
      </w:r>
    </w:p>
    <w:p>
      <w:pPr>
        <w:pStyle w:val="Character"/>
      </w:pPr>
      <w:r>
        <w:t>ЛЕНА</w:t>
      </w:r>
    </w:p>
    <w:p>
      <w:pPr>
        <w:pStyle w:val="Dialogue"/>
      </w:pPr>
      <w:r>
        <w:t>Температура сорок. Возможная дифтерия, документы о прививках отсутствуют.</w:t>
      </w:r>
    </w:p>
    <w:p>
      <w:pPr>
        <w:pStyle w:val="Character"/>
      </w:pPr>
      <w:r>
        <w:t>ОСИП</w:t>
      </w:r>
    </w:p>
    <w:p>
      <w:pPr>
        <w:pStyle w:val="Dialogue"/>
      </w:pPr>
      <w:r>
        <w:t>Изолируем. Я беру мазок.</w:t>
      </w:r>
    </w:p>
    <w:p>
      <w:pPr>
        <w:pStyle w:val="Action"/>
      </w:pPr>
      <w:r>
        <w:t>Девочка пугается инструмента. Осип снимает экран на секунду, чтобы она видела его лицо.</w:t>
      </w:r>
    </w:p>
    <w:p>
      <w:pPr>
        <w:pStyle w:val="Character"/>
      </w:pPr>
      <w:r>
        <w:t>ОСИП</w:t>
      </w:r>
    </w:p>
    <w:p>
      <w:pPr>
        <w:pStyle w:val="Dialogue"/>
      </w:pPr>
      <w:r>
        <w:t>Смотри на меня. Мы сделаем быстро.</w:t>
      </w:r>
    </w:p>
    <w:p>
      <w:pPr>
        <w:pStyle w:val="Slug"/>
        <w:keepNext/>
      </w:pPr>
      <w:r>
        <w:t>52. INT. АЭРОПОРТ — ПРИЛЁТ — ДЕНЬ</w:t>
      </w:r>
    </w:p>
    <w:p>
      <w:pPr>
        <w:pStyle w:val="Action"/>
      </w:pPr>
      <w:r>
        <w:t>Ольга возвращается одна. Рябовский остался в Венеции. В телефоне — его сухое сообщение: «Нужна тишина». Осип не встречает её. Она заказывает Uber.</w:t>
      </w:r>
    </w:p>
    <w:p>
      <w:pPr>
        <w:pStyle w:val="Slug"/>
        <w:keepNext/>
      </w:pPr>
      <w:r>
        <w:t>53. INT. КВАРТИРА — ДЕНЬ</w:t>
      </w:r>
    </w:p>
    <w:p>
      <w:pPr>
        <w:pStyle w:val="Action"/>
      </w:pPr>
      <w:r>
        <w:t>Щенок в манеже. Бруно сторожит его. Умка недовольно наблюдает сверху. Ольга входит с чемоданом.</w:t>
      </w:r>
    </w:p>
    <w:p>
      <w:pPr>
        <w:pStyle w:val="Character"/>
      </w:pPr>
      <w:r>
        <w:t>ОЛЬГА</w:t>
      </w:r>
    </w:p>
    <w:p>
      <w:pPr>
        <w:pStyle w:val="Dialogue"/>
      </w:pPr>
      <w:r>
        <w:t>Это кто?</w:t>
      </w:r>
    </w:p>
    <w:p>
      <w:pPr>
        <w:pStyle w:val="Character"/>
      </w:pPr>
      <w:r>
        <w:t>ОСИП</w:t>
      </w:r>
    </w:p>
    <w:p>
      <w:pPr>
        <w:pStyle w:val="Dialogue"/>
      </w:pPr>
      <w:r>
        <w:t>Временно — никто. Поэтому останется у нас до приюта.</w:t>
      </w:r>
    </w:p>
    <w:p>
      <w:pPr>
        <w:pStyle w:val="Character"/>
      </w:pPr>
      <w:r>
        <w:t>ОЛЬГА</w:t>
      </w:r>
    </w:p>
    <w:p>
      <w:pPr>
        <w:pStyle w:val="Dialogue"/>
      </w:pPr>
      <w:r>
        <w:t>Ты должен был спросить.</w:t>
      </w:r>
    </w:p>
    <w:p>
      <w:pPr>
        <w:pStyle w:val="Character"/>
      </w:pPr>
      <w:r>
        <w:t>ОСИП</w:t>
      </w:r>
    </w:p>
    <w:p>
      <w:pPr>
        <w:pStyle w:val="Dialogue"/>
      </w:pPr>
      <w:r>
        <w:t>Тебя не было.</w:t>
      </w:r>
    </w:p>
    <w:p>
      <w:pPr>
        <w:pStyle w:val="Action"/>
      </w:pPr>
      <w:r>
        <w:t>Впервые фраза звучит не как факт, а как обвинение.</w:t>
      </w:r>
    </w:p>
    <w:p>
      <w:pPr>
        <w:pStyle w:val="Slug"/>
        <w:keepNext/>
      </w:pPr>
      <w:r>
        <w:t>54. INT. КВАРТИРА — СПАЛЬНЯ — НОЧЬ</w:t>
      </w:r>
    </w:p>
    <w:p>
      <w:pPr>
        <w:pStyle w:val="Action"/>
      </w:pPr>
      <w:r>
        <w:t>Осип кашляет в ванной. Ольга слышит, но занята сообщениями Рябовскому.</w:t>
      </w:r>
    </w:p>
    <w:p>
      <w:pPr>
        <w:pStyle w:val="Character"/>
      </w:pPr>
      <w:r>
        <w:t>ОЛЬГА</w:t>
      </w:r>
    </w:p>
    <w:p>
      <w:pPr>
        <w:pStyle w:val="Dialogue"/>
      </w:pPr>
      <w:r>
        <w:t>Ты заболел?</w:t>
      </w:r>
    </w:p>
    <w:p>
      <w:pPr>
        <w:pStyle w:val="Character"/>
      </w:pPr>
      <w:r>
        <w:t>ОСИП</w:t>
      </w:r>
    </w:p>
    <w:p>
      <w:pPr>
        <w:pStyle w:val="Dialogue"/>
      </w:pPr>
      <w:r>
        <w:t>Устал.</w:t>
      </w:r>
    </w:p>
    <w:p>
      <w:pPr>
        <w:pStyle w:val="Character"/>
      </w:pPr>
      <w:r>
        <w:t>ОЛЬГА</w:t>
      </w:r>
    </w:p>
    <w:p>
      <w:pPr>
        <w:pStyle w:val="Dialogue"/>
      </w:pPr>
      <w:r>
        <w:t>Завтра у меня эфир утром. Не разбуди.</w:t>
      </w:r>
    </w:p>
    <w:p>
      <w:pPr>
        <w:pStyle w:val="Slug"/>
        <w:keepNext/>
      </w:pPr>
      <w:r>
        <w:t>55. INT. ТЕЛЕСТУДИЯ — УТРО</w:t>
      </w:r>
    </w:p>
    <w:p>
      <w:pPr>
        <w:pStyle w:val="Action"/>
      </w:pPr>
      <w:r>
        <w:t>Ольга в прямом эфире рассказывает о балансе между карьерой и личной жизнью. На экране за камерой ведущий показывает ей растущие цифры просмотров.</w:t>
      </w:r>
    </w:p>
    <w:p>
      <w:pPr>
        <w:pStyle w:val="Character"/>
      </w:pPr>
      <w:r>
        <w:t>ВЕДУЩАЯ</w:t>
      </w:r>
    </w:p>
    <w:p>
      <w:pPr>
        <w:pStyle w:val="Dialogue"/>
      </w:pPr>
      <w:r>
        <w:t>Кто ваша главная опора?</w:t>
      </w:r>
    </w:p>
    <w:p>
      <w:pPr>
        <w:pStyle w:val="Character"/>
      </w:pPr>
      <w:r>
        <w:t>ОЛЬГА</w:t>
      </w:r>
    </w:p>
    <w:p>
      <w:pPr>
        <w:pStyle w:val="Dialogue"/>
      </w:pPr>
      <w:r>
        <w:t>Мой муж. Он напоминает мне, что существует настоящая жизнь.</w:t>
      </w:r>
    </w:p>
    <w:p>
      <w:pPr>
        <w:pStyle w:val="Action"/>
      </w:pPr>
      <w:r>
        <w:t>В ухе Ольги сигнал. Телефон Киры беззвучно показывает восемь пропущенных от Лены.</w:t>
      </w:r>
    </w:p>
    <w:p>
      <w:pPr>
        <w:pStyle w:val="Slug"/>
        <w:keepNext/>
      </w:pPr>
      <w:r>
        <w:t>56. INT. БОЛЬНИЦА — КОРИДОР ИНФЕКЦИОННОГО БЛОКА — ДЕНЬ</w:t>
      </w:r>
    </w:p>
    <w:p>
      <w:pPr>
        <w:pStyle w:val="Action"/>
      </w:pPr>
      <w:r>
        <w:t>Осип сидит на полу у стены в маске. Его трясёт. Лена пытается поднять его.</w:t>
      </w:r>
    </w:p>
    <w:p>
      <w:pPr>
        <w:pStyle w:val="Character"/>
      </w:pPr>
      <w:r>
        <w:t>ЛЕНА</w:t>
      </w:r>
    </w:p>
    <w:p>
      <w:pPr>
        <w:pStyle w:val="Dialogue"/>
      </w:pPr>
      <w:r>
        <w:t>Ты должен лечь.</w:t>
      </w:r>
    </w:p>
    <w:p>
      <w:pPr>
        <w:pStyle w:val="Character"/>
      </w:pPr>
      <w:r>
        <w:t>ОСИП</w:t>
      </w:r>
    </w:p>
    <w:p>
      <w:pPr>
        <w:pStyle w:val="Dialogue"/>
      </w:pPr>
      <w:r>
        <w:t>Сначала результаты девочки.</w:t>
      </w:r>
    </w:p>
    <w:p>
      <w:pPr>
        <w:pStyle w:val="Character"/>
      </w:pPr>
      <w:r>
        <w:t>ЛЕНА</w:t>
      </w:r>
    </w:p>
    <w:p>
      <w:pPr>
        <w:pStyle w:val="Dialogue"/>
      </w:pPr>
      <w:r>
        <w:t>У неё подтверждено. И у тебя симптомы.</w:t>
      </w:r>
    </w:p>
    <w:p>
      <w:pPr>
        <w:pStyle w:val="Action"/>
      </w:pPr>
      <w:r>
        <w:t>Осип смотрит на свои руки. На одной — маленькая трещина от перчатки.</w:t>
      </w:r>
    </w:p>
    <w:p>
      <w:pPr>
        <w:pStyle w:val="Slug"/>
        <w:keepNext/>
      </w:pPr>
      <w:r>
        <w:t>57. INT. ТЕЛЕСТУДИЯ — ГРИМЁРНАЯ — ДЕНЬ</w:t>
      </w:r>
    </w:p>
    <w:p>
      <w:pPr>
        <w:pStyle w:val="Action"/>
      </w:pPr>
      <w:r>
        <w:t>Ольга выходит после эфира. Кира закрывает дверь.</w:t>
      </w:r>
    </w:p>
    <w:p>
      <w:pPr>
        <w:pStyle w:val="Character"/>
      </w:pPr>
      <w:r>
        <w:t>КИРА</w:t>
      </w:r>
    </w:p>
    <w:p>
      <w:pPr>
        <w:pStyle w:val="Dialogue"/>
      </w:pPr>
      <w:r>
        <w:t>Осип в инфекционном отделении.</w:t>
      </w:r>
    </w:p>
    <w:p>
      <w:pPr>
        <w:pStyle w:val="Character"/>
      </w:pPr>
      <w:r>
        <w:t>ОЛЬГА</w:t>
      </w:r>
    </w:p>
    <w:p>
      <w:pPr>
        <w:pStyle w:val="Dialogue"/>
      </w:pPr>
      <w:r>
        <w:t>Что значит — в отделении?</w:t>
      </w:r>
    </w:p>
    <w:p>
      <w:pPr>
        <w:pStyle w:val="Character"/>
      </w:pPr>
      <w:r>
        <w:t>КИРА</w:t>
      </w:r>
    </w:p>
    <w:p>
      <w:pPr>
        <w:pStyle w:val="Dialogue"/>
      </w:pPr>
      <w:r>
        <w:t>Он заражён. Лена сказала ехать сейчас.</w:t>
      </w:r>
    </w:p>
    <w:p>
      <w:pPr>
        <w:pStyle w:val="Action"/>
      </w:pPr>
      <w:r>
        <w:t>Ольга роняет телефон. Экран трескается.</w:t>
      </w:r>
    </w:p>
    <w:p>
      <w:pPr>
        <w:pStyle w:val="Slug"/>
        <w:keepNext/>
      </w:pPr>
      <w:r>
        <w:t>58. EXT. ГОРОД — ДЕНЬ</w:t>
      </w:r>
    </w:p>
    <w:p>
      <w:pPr>
        <w:pStyle w:val="Action"/>
      </w:pPr>
      <w:r>
        <w:t>Tesla летит по мокрым улицам. Навигатор предупреждает о превышении скорости. Ольга звонит Осипу. Нет ответа. Сирена скорой помощи приближается сзади. Она резко перестраивается и пропускает машину.</w:t>
      </w:r>
    </w:p>
    <w:p>
      <w:pPr>
        <w:pStyle w:val="Slug"/>
        <w:keepNext/>
      </w:pPr>
      <w:r>
        <w:t>59. INT. БОЛЬНИЦА — ИНФЕКЦИОННЫЙ БЛОК — ДЕНЬ</w:t>
      </w:r>
    </w:p>
    <w:p>
      <w:pPr>
        <w:pStyle w:val="Action"/>
      </w:pPr>
      <w:r>
        <w:t>Ольга в защитном костюме стоит за стеклом. Осип лежит под кислородом. Он открывает глаза и видит её.</w:t>
      </w:r>
    </w:p>
    <w:p>
      <w:pPr>
        <w:pStyle w:val="Character"/>
      </w:pPr>
      <w:r>
        <w:t>ОЛЬГА</w:t>
      </w:r>
    </w:p>
    <w:p>
      <w:pPr>
        <w:pStyle w:val="Dialogue"/>
      </w:pPr>
      <w:r>
        <w:t>Я здесь.</w:t>
      </w:r>
    </w:p>
    <w:p>
      <w:pPr>
        <w:pStyle w:val="Character"/>
      </w:pPr>
      <w:r>
        <w:t>ОСИП</w:t>
      </w:r>
    </w:p>
    <w:p>
      <w:pPr>
        <w:pStyle w:val="Dialogue"/>
      </w:pPr>
      <w:r>
        <w:t>Ты должна уйти. Это опасно.</w:t>
      </w:r>
    </w:p>
    <w:p>
      <w:pPr>
        <w:pStyle w:val="Character"/>
      </w:pPr>
      <w:r>
        <w:t>ОЛЬГА</w:t>
      </w:r>
    </w:p>
    <w:p>
      <w:pPr>
        <w:pStyle w:val="Dialogue"/>
      </w:pPr>
      <w:r>
        <w:t>Замолчи.</w:t>
      </w:r>
    </w:p>
    <w:p>
      <w:pPr>
        <w:pStyle w:val="Character"/>
      </w:pPr>
      <w:r>
        <w:t>ОСИП</w:t>
      </w:r>
    </w:p>
    <w:p>
      <w:pPr>
        <w:pStyle w:val="Dialogue"/>
      </w:pPr>
      <w:r>
        <w:t>Бруно ел?</w:t>
      </w:r>
    </w:p>
    <w:p>
      <w:pPr>
        <w:pStyle w:val="Character"/>
      </w:pPr>
      <w:r>
        <w:t>ОЛЬГА</w:t>
      </w:r>
    </w:p>
    <w:p>
      <w:pPr>
        <w:pStyle w:val="Dialogue"/>
      </w:pPr>
      <w:r>
        <w:t>Да.</w:t>
      </w:r>
    </w:p>
    <w:p>
      <w:pPr>
        <w:pStyle w:val="Character"/>
      </w:pPr>
      <w:r>
        <w:t>ОСИП</w:t>
      </w:r>
    </w:p>
    <w:p>
      <w:pPr>
        <w:pStyle w:val="Dialogue"/>
      </w:pPr>
      <w:r>
        <w:t>Щенку антибиотик вечером.</w:t>
      </w:r>
    </w:p>
    <w:p>
      <w:pPr>
        <w:pStyle w:val="Action"/>
      </w:pPr>
      <w:r>
        <w:t>Она пытается улыбнуться, но не может.</w:t>
      </w:r>
    </w:p>
    <w:p>
      <w:pPr>
        <w:pStyle w:val="Slug"/>
        <w:keepNext/>
      </w:pPr>
      <w:r>
        <w:t>60. INT. БОЛЬНИЦА — КОРИДОР — НОЧЬ</w:t>
      </w:r>
    </w:p>
    <w:p>
      <w:pPr>
        <w:pStyle w:val="Action"/>
      </w:pPr>
      <w:r>
        <w:t>Ольга сидит на пластиковом стуле. На ней всё ещё телевизионный костюм и высокие каблуки. Лена приносит ей халат и тапочки.</w:t>
      </w:r>
    </w:p>
    <w:p>
      <w:pPr>
        <w:pStyle w:val="Character"/>
      </w:pPr>
      <w:r>
        <w:t>ЛЕНА</w:t>
      </w:r>
    </w:p>
    <w:p>
      <w:pPr>
        <w:pStyle w:val="Dialogue"/>
      </w:pPr>
      <w:r>
        <w:t>Он всегда говорил о тебе.</w:t>
      </w:r>
    </w:p>
    <w:p>
      <w:pPr>
        <w:pStyle w:val="Character"/>
      </w:pPr>
      <w:r>
        <w:t>ОЛЬГА</w:t>
      </w:r>
    </w:p>
    <w:p>
      <w:pPr>
        <w:pStyle w:val="Dialogue"/>
      </w:pPr>
      <w:r>
        <w:t>Что говорил?</w:t>
      </w:r>
    </w:p>
    <w:p>
      <w:pPr>
        <w:pStyle w:val="Character"/>
      </w:pPr>
      <w:r>
        <w:t>ЛЕНА</w:t>
      </w:r>
    </w:p>
    <w:p>
      <w:pPr>
        <w:pStyle w:val="Dialogue"/>
      </w:pPr>
      <w:r>
        <w:t>Что ты видишь красоту там, где другие проходят мимо.</w:t>
      </w:r>
    </w:p>
    <w:p>
      <w:pPr>
        <w:pStyle w:val="Action"/>
      </w:pPr>
      <w:r>
        <w:t>Ольга опускает голову.</w:t>
      </w:r>
    </w:p>
    <w:p>
      <w:pPr>
        <w:pStyle w:val="Slug"/>
        <w:keepNext/>
      </w:pPr>
      <w:r>
        <w:t>61. INT. СТУДИЯ РЯБОВСКОГО — НОЧЬ</w:t>
      </w:r>
    </w:p>
    <w:p>
      <w:pPr>
        <w:pStyle w:val="Action"/>
      </w:pPr>
      <w:r>
        <w:t>Рябовский открывает сообщение Ольги: «Осип умирает». Он долго смотрит, затем пишет: «Мне жаль». Удаляет. Пишет: «Я рядом». Тоже удаляет. Кладёт телефон экраном вниз и продолжает писать картину.</w:t>
      </w:r>
    </w:p>
    <w:p>
      <w:pPr>
        <w:pStyle w:val="Slug"/>
        <w:keepNext/>
      </w:pPr>
      <w:r>
        <w:t>62. INT. БОЛЬНИЦА — ПАЛАТА ОСИПА — НОЧЬ</w:t>
      </w:r>
    </w:p>
    <w:p>
      <w:pPr>
        <w:pStyle w:val="Action"/>
      </w:pPr>
      <w:r>
        <w:t>Состояние ухудшается. Врачи интубируют Осипа. Мониторы, капельницы, аппараты. Ольга за стеклом бьёт ладонью по стене, но её никто не слышит.</w:t>
      </w:r>
    </w:p>
    <w:p>
      <w:pPr>
        <w:pStyle w:val="Slug"/>
        <w:keepNext/>
      </w:pPr>
      <w:r>
        <w:t>63. INT. КВАРТИРА — НОЧЬ</w:t>
      </w:r>
    </w:p>
    <w:p>
      <w:pPr>
        <w:pStyle w:val="Action"/>
      </w:pPr>
      <w:r>
        <w:t>Кира привозит Ольгу домой переодеться. Бруно встречает её и ищет Осипа за спиной. Щенок скулит. Умка сидит у двери спальни.</w:t>
      </w:r>
    </w:p>
    <w:p>
      <w:pPr>
        <w:pStyle w:val="Action"/>
      </w:pPr>
      <w:r>
        <w:t>Ольга открывает шкаф Осипа. На пол падает коробка с письмами пациентов, рисунками детей, фотографиями до и после операций, газетными вырезками и документами о медицинской премии, на которую он не поехал.</w:t>
      </w:r>
    </w:p>
    <w:p>
      <w:pPr>
        <w:pStyle w:val="Slug"/>
        <w:keepNext/>
      </w:pPr>
      <w:r>
        <w:t>64. INT. КВАРТИРА — КАБИНЕТ ОСИПА — НОЧЬ</w:t>
      </w:r>
    </w:p>
    <w:p>
      <w:pPr>
        <w:pStyle w:val="Action"/>
      </w:pPr>
      <w:r>
        <w:t>Она впервые внимательно смотрит на его мир. На стене — схемы операций, научные статьи, благодарности. В ноутбуке открыта презентация протокола, принятого уже в нескольких больницах.</w:t>
      </w:r>
    </w:p>
    <w:p>
      <w:pPr>
        <w:pStyle w:val="Action"/>
      </w:pPr>
      <w:r>
        <w:t>На столе — распечатка её берлинской кампании. На полях рукой Осипа: «Она сделала это. Горжусь».</w:t>
      </w:r>
    </w:p>
    <w:p>
      <w:pPr>
        <w:pStyle w:val="Action"/>
      </w:pPr>
      <w:r>
        <w:t>Ольга садится на пол. Бруно кладёт голову ей на колени.</w:t>
      </w:r>
    </w:p>
    <w:p>
      <w:pPr>
        <w:pStyle w:val="Slug"/>
        <w:keepNext/>
      </w:pPr>
      <w:r>
        <w:t>65. INT. БОЛЬНИЦА — КОРИДОР — ПРЕДРАССВЕТ</w:t>
      </w:r>
    </w:p>
    <w:p>
      <w:pPr>
        <w:pStyle w:val="Action"/>
      </w:pPr>
      <w:r>
        <w:t>Ольга возвращается. Лена стоит возле палаты. По её лицу всё понятно.</w:t>
      </w:r>
    </w:p>
    <w:p>
      <w:pPr>
        <w:pStyle w:val="Character"/>
      </w:pPr>
      <w:r>
        <w:t>ОЛЬГА</w:t>
      </w:r>
    </w:p>
    <w:p>
      <w:pPr>
        <w:pStyle w:val="Dialogue"/>
      </w:pPr>
      <w:r>
        <w:t>Нет.</w:t>
      </w:r>
    </w:p>
    <w:p>
      <w:pPr>
        <w:pStyle w:val="Character"/>
      </w:pPr>
      <w:r>
        <w:t>ЛЕНА</w:t>
      </w:r>
    </w:p>
    <w:p>
      <w:pPr>
        <w:pStyle w:val="Dialogue"/>
      </w:pPr>
      <w:r>
        <w:t>Мы пытались.</w:t>
      </w:r>
    </w:p>
    <w:p>
      <w:pPr>
        <w:pStyle w:val="Character"/>
      </w:pPr>
      <w:r>
        <w:t>ОЛЬГА</w:t>
      </w:r>
    </w:p>
    <w:p>
      <w:pPr>
        <w:pStyle w:val="Dialogue"/>
      </w:pPr>
      <w:r>
        <w:t>Нет. Он здоровый. Он сильный.</w:t>
      </w:r>
    </w:p>
    <w:p>
      <w:pPr>
        <w:pStyle w:val="Character"/>
      </w:pPr>
      <w:r>
        <w:t>ЛЕНА</w:t>
      </w:r>
    </w:p>
    <w:p>
      <w:pPr>
        <w:pStyle w:val="Dialogue"/>
      </w:pPr>
      <w:r>
        <w:t>Он был сильный.</w:t>
      </w:r>
    </w:p>
    <w:p>
      <w:pPr>
        <w:pStyle w:val="Action"/>
      </w:pPr>
      <w:r>
        <w:t>Ольга медленно сползает по стене. Из палаты выкатывают аппарат. Звуков больше нет.</w:t>
      </w:r>
    </w:p>
    <w:p>
      <w:pPr>
        <w:pStyle w:val="Slug"/>
        <w:keepNext/>
      </w:pPr>
      <w:r>
        <w:t>66. INT. БОЛЬНИЦА — ПАЛАТА ОСИПА — УТРО</w:t>
      </w:r>
    </w:p>
    <w:p>
      <w:pPr>
        <w:pStyle w:val="Action"/>
      </w:pPr>
      <w:r>
        <w:t>Осип лежит неподвижно. Ольга садится рядом, снимает перчатку и касается его руки.</w:t>
      </w:r>
    </w:p>
    <w:p>
      <w:pPr>
        <w:pStyle w:val="Character"/>
      </w:pPr>
      <w:r>
        <w:t>ОЛЬГА</w:t>
      </w:r>
    </w:p>
    <w:p>
      <w:pPr>
        <w:pStyle w:val="Dialogue"/>
      </w:pPr>
      <w:r>
        <w:t>Я вернулась.</w:t>
      </w:r>
    </w:p>
    <w:p>
      <w:pPr>
        <w:pStyle w:val="Action"/>
      </w:pPr>
      <w:r>
        <w:t>Она ждёт ответа, которого не будет.</w:t>
      </w:r>
    </w:p>
    <w:p>
      <w:pPr>
        <w:pStyle w:val="Slug"/>
        <w:keepNext/>
      </w:pPr>
      <w:r>
        <w:t>67. EXT. КЛАДБИЩЕ — ДЕНЬ</w:t>
      </w:r>
    </w:p>
    <w:p>
      <w:pPr>
        <w:pStyle w:val="Action"/>
      </w:pPr>
      <w:r>
        <w:t>Холодный дождь. Врачи, пациенты, семьи спасённых людей, журналисты. Сотни людей. Ольга в простом чёрном пальто без украшений. Рядом Лена держит Бруно.</w:t>
      </w:r>
    </w:p>
    <w:p>
      <w:pPr>
        <w:pStyle w:val="Action"/>
      </w:pPr>
      <w:r>
        <w:t>Рябовский стоит далеко, под зонтом. Ольга замечает его. Он делает шаг к ней. Она отворачивается.</w:t>
      </w:r>
    </w:p>
    <w:p>
      <w:pPr>
        <w:pStyle w:val="Slug"/>
        <w:keepNext/>
      </w:pPr>
      <w:r>
        <w:t>68. INT. КВАРТИРА — ГОСТИНАЯ — ДЕНЬ</w:t>
      </w:r>
    </w:p>
    <w:p>
      <w:pPr>
        <w:pStyle w:val="Action"/>
      </w:pPr>
      <w:r>
        <w:t>После похорон квартира полна цветов. Гости ушли. Ольга сидит среди букетов. Телефон бесконечно вибрирует: соболезнования, запросы прессы, предложение эксклюзивного интервью.</w:t>
      </w:r>
    </w:p>
    <w:p>
      <w:pPr>
        <w:pStyle w:val="Action"/>
      </w:pPr>
      <w:r>
        <w:t>Она выключает телефон и кладёт его в ящик.</w:t>
      </w:r>
    </w:p>
    <w:p>
      <w:pPr>
        <w:pStyle w:val="Slug"/>
        <w:keepNext/>
      </w:pPr>
      <w:r>
        <w:t>69. INT. СТУДИЯ РЯБОВСКОГО — ДЕНЬ</w:t>
      </w:r>
    </w:p>
    <w:p>
      <w:pPr>
        <w:pStyle w:val="Action"/>
      </w:pPr>
      <w:r>
        <w:t>Ольга приходит без предупреждения. На стене её законченный портрет. Рябовский делает шаг к ней.</w:t>
      </w:r>
    </w:p>
    <w:p>
      <w:pPr>
        <w:pStyle w:val="Character"/>
      </w:pPr>
      <w:r>
        <w:t>РЯБОВСКИЙ</w:t>
      </w:r>
    </w:p>
    <w:p>
      <w:pPr>
        <w:pStyle w:val="Dialogue"/>
      </w:pPr>
      <w:r>
        <w:t>Я хотел приехать.</w:t>
      </w:r>
    </w:p>
    <w:p>
      <w:pPr>
        <w:pStyle w:val="Character"/>
      </w:pPr>
      <w:r>
        <w:t>ОЛЬГА</w:t>
      </w:r>
    </w:p>
    <w:p>
      <w:pPr>
        <w:pStyle w:val="Dialogue"/>
      </w:pPr>
      <w:r>
        <w:t>Ты приехал.</w:t>
      </w:r>
    </w:p>
    <w:p>
      <w:pPr>
        <w:pStyle w:val="Character"/>
      </w:pPr>
      <w:r>
        <w:t>РЯБОВСКИЙ</w:t>
      </w:r>
    </w:p>
    <w:p>
      <w:pPr>
        <w:pStyle w:val="Dialogue"/>
      </w:pPr>
      <w:r>
        <w:t>Я не знал, что сказать.</w:t>
      </w:r>
    </w:p>
    <w:p>
      <w:pPr>
        <w:pStyle w:val="Character"/>
      </w:pPr>
      <w:r>
        <w:t>ОЛЬГА</w:t>
      </w:r>
    </w:p>
    <w:p>
      <w:pPr>
        <w:pStyle w:val="Dialogue"/>
      </w:pPr>
      <w:r>
        <w:t>Ты всегда знал, что сказать. Это и было твоим талантом.</w:t>
      </w:r>
    </w:p>
    <w:p>
      <w:pPr>
        <w:pStyle w:val="Action"/>
      </w:pPr>
      <w:r>
        <w:t>Она смотрит на портрет.</w:t>
      </w:r>
    </w:p>
    <w:p>
      <w:pPr>
        <w:pStyle w:val="Character"/>
      </w:pPr>
      <w:r>
        <w:t>ОЛЬГА</w:t>
      </w:r>
    </w:p>
    <w:p>
      <w:pPr>
        <w:pStyle w:val="Dialogue"/>
      </w:pPr>
      <w:r>
        <w:t>Уничтожь его.</w:t>
      </w:r>
    </w:p>
    <w:p>
      <w:pPr>
        <w:pStyle w:val="Character"/>
      </w:pPr>
      <w:r>
        <w:t>РЯБОВСКИЙ</w:t>
      </w:r>
    </w:p>
    <w:p>
      <w:pPr>
        <w:pStyle w:val="Dialogue"/>
      </w:pPr>
      <w:r>
        <w:t>Это моя лучшая работа.</w:t>
      </w:r>
    </w:p>
    <w:p>
      <w:pPr>
        <w:pStyle w:val="Character"/>
      </w:pPr>
      <w:r>
        <w:t>ОЛЬГА</w:t>
      </w:r>
    </w:p>
    <w:p>
      <w:pPr>
        <w:pStyle w:val="Dialogue"/>
      </w:pPr>
      <w:r>
        <w:t>Нет. Твоя лучшая работа — заставить человека поверить, что он существует только в твоём взгляде.</w:t>
      </w:r>
    </w:p>
    <w:p>
      <w:pPr>
        <w:pStyle w:val="Action"/>
      </w:pPr>
      <w:r>
        <w:t>Она уходит. Фрида смотрит ей вслед.</w:t>
      </w:r>
    </w:p>
    <w:p>
      <w:pPr>
        <w:pStyle w:val="Slug"/>
        <w:keepNext/>
      </w:pPr>
      <w:r>
        <w:t>70. INT. ОФИС БРЕНДА — ПЕРЕГОВОРНАЯ — ДЕНЬ</w:t>
      </w:r>
    </w:p>
    <w:p>
      <w:pPr>
        <w:pStyle w:val="Action"/>
      </w:pPr>
      <w:r>
        <w:t>Клиент предлагает превратить трагедию в благотворительную кампанию. На экране: «OLGA IVANOVA — LIFE AFTER LOSS».</w:t>
      </w:r>
    </w:p>
    <w:p>
      <w:pPr>
        <w:pStyle w:val="Character"/>
      </w:pPr>
      <w:r>
        <w:t>КЛИЕНТ</w:t>
      </w:r>
    </w:p>
    <w:p>
      <w:pPr>
        <w:pStyle w:val="Dialogue"/>
      </w:pPr>
      <w:r>
        <w:t>Это может помочь тысячам людей.</w:t>
      </w:r>
    </w:p>
    <w:p>
      <w:pPr>
        <w:pStyle w:val="Character"/>
      </w:pPr>
      <w:r>
        <w:t>ОЛЬГА</w:t>
      </w:r>
    </w:p>
    <w:p>
      <w:pPr>
        <w:pStyle w:val="Dialogue"/>
      </w:pPr>
      <w:r>
        <w:t>И продать сколько флаконов?</w:t>
      </w:r>
    </w:p>
    <w:p>
      <w:pPr>
        <w:pStyle w:val="Action"/>
      </w:pPr>
      <w:r>
        <w:t>Молчание. Ольга закрывает ноутбук.</w:t>
      </w:r>
    </w:p>
    <w:p>
      <w:pPr>
        <w:pStyle w:val="Character"/>
      </w:pPr>
      <w:r>
        <w:t>ОЛЬГА</w:t>
      </w:r>
    </w:p>
    <w:p>
      <w:pPr>
        <w:pStyle w:val="Dialogue"/>
      </w:pPr>
      <w:r>
        <w:t>Я ухожу из проекта.</w:t>
      </w:r>
    </w:p>
    <w:p>
      <w:pPr>
        <w:pStyle w:val="Slug"/>
        <w:keepNext/>
      </w:pPr>
      <w:r>
        <w:t>71. INT. БОЛЬНИЦА — КОНФЕРЕНЦ-ЗАЛ — ДЕНЬ</w:t>
      </w:r>
    </w:p>
    <w:p>
      <w:pPr>
        <w:pStyle w:val="Action"/>
      </w:pPr>
      <w:r>
        <w:t>На экране фотография Осипа. Врачи учреждают программу его имени для экстренной помощи детям. Ольга сидит в последнем ряду. Миша, уже здоровый, вручает ей бумажную медаль, которую когда-то сделал Осипу.</w:t>
      </w:r>
    </w:p>
    <w:p>
      <w:pPr>
        <w:pStyle w:val="Character"/>
      </w:pPr>
      <w:r>
        <w:t>МИША</w:t>
      </w:r>
    </w:p>
    <w:p>
      <w:pPr>
        <w:pStyle w:val="Dialogue"/>
      </w:pPr>
      <w:r>
        <w:t>Это было ему. Теперь вам.</w:t>
      </w:r>
    </w:p>
    <w:p>
      <w:pPr>
        <w:pStyle w:val="Action"/>
      </w:pPr>
      <w:r>
        <w:t>Ольга прижимает медаль к груди.</w:t>
      </w:r>
    </w:p>
    <w:p>
      <w:pPr>
        <w:pStyle w:val="Slug"/>
        <w:keepNext/>
      </w:pPr>
      <w:r>
        <w:t>72. INT. ВЕТЕРИНАРНАЯ КЛИНИКА — ДЕНЬ</w:t>
      </w:r>
    </w:p>
    <w:p>
      <w:pPr>
        <w:pStyle w:val="Action"/>
      </w:pPr>
      <w:r>
        <w:t>Щенок полностью восстановился. Ветеринар готовит документы для передачи в приют.</w:t>
      </w:r>
    </w:p>
    <w:p>
      <w:pPr>
        <w:pStyle w:val="Character"/>
      </w:pPr>
      <w:r>
        <w:t>ВЕТЕРИНАР</w:t>
      </w:r>
    </w:p>
    <w:p>
      <w:pPr>
        <w:pStyle w:val="Dialogue"/>
      </w:pPr>
      <w:r>
        <w:t>Вы решили, куда его?</w:t>
      </w:r>
    </w:p>
    <w:p>
      <w:pPr>
        <w:pStyle w:val="Action"/>
      </w:pPr>
      <w:r>
        <w:t>Ольга смотрит на Бруно и щенка, которые лежат рядом.</w:t>
      </w:r>
    </w:p>
    <w:p>
      <w:pPr>
        <w:pStyle w:val="Character"/>
      </w:pPr>
      <w:r>
        <w:t>ОЛЬГА</w:t>
      </w:r>
    </w:p>
    <w:p>
      <w:pPr>
        <w:pStyle w:val="Dialogue"/>
      </w:pPr>
      <w:r>
        <w:t>Домой.</w:t>
      </w:r>
    </w:p>
    <w:p>
      <w:pPr>
        <w:pStyle w:val="Slug"/>
        <w:keepNext/>
      </w:pPr>
      <w:r>
        <w:t>73. MONTAGE — ПОСЛЕ</w:t>
      </w:r>
    </w:p>
    <w:p>
      <w:pPr>
        <w:pStyle w:val="Action"/>
      </w:pPr>
      <w:r>
        <w:t>— Ольга снимает украшения перед зеркалом и оставляет только обручальное кольцо.</w:t>
      </w:r>
    </w:p>
    <w:p>
      <w:pPr>
        <w:pStyle w:val="Action"/>
      </w:pPr>
      <w:r>
        <w:t>— Она разбирает гардероб и отдаёт часть одежды благотворительному фонду.</w:t>
      </w:r>
    </w:p>
    <w:p>
      <w:pPr>
        <w:pStyle w:val="Action"/>
      </w:pPr>
      <w:r>
        <w:t>— Публикации о ней сменяются тишиной.</w:t>
      </w:r>
    </w:p>
    <w:p>
      <w:pPr>
        <w:pStyle w:val="Action"/>
      </w:pPr>
      <w:r>
        <w:t>— Она помогает больнице оформить детскую комнату ожидания.</w:t>
      </w:r>
    </w:p>
    <w:p>
      <w:pPr>
        <w:pStyle w:val="Action"/>
      </w:pPr>
      <w:r>
        <w:t>— На стенах появляются рисунки пациентов, а не брендовые постеры.</w:t>
      </w:r>
    </w:p>
    <w:p>
      <w:pPr>
        <w:pStyle w:val="Action"/>
      </w:pPr>
      <w:r>
        <w:t>— Бруно и щенок, теперь по имени МИША, бегут по парку.</w:t>
      </w:r>
    </w:p>
    <w:p>
      <w:pPr>
        <w:pStyle w:val="Action"/>
      </w:pPr>
      <w:r>
        <w:t>— Умка терпит нового жильца с достоинством.</w:t>
      </w:r>
    </w:p>
    <w:p>
      <w:pPr>
        <w:pStyle w:val="Slug"/>
        <w:keepNext/>
      </w:pPr>
      <w:r>
        <w:t>74. EXT. ГОРОДСКАЯ БОЛЬНИЦА — УТРО</w:t>
      </w:r>
    </w:p>
    <w:p>
      <w:pPr>
        <w:pStyle w:val="Action"/>
      </w:pPr>
      <w:r>
        <w:t>Весна. Ольга выходит из больницы с коробкой документов программы имени Дымова. На ней джинсы, простое пальто, кроссовки. Бруно и Миша ждут у Киры возле машины.</w:t>
      </w:r>
    </w:p>
    <w:p>
      <w:pPr>
        <w:pStyle w:val="Character"/>
      </w:pPr>
      <w:r>
        <w:t>КИРА</w:t>
      </w:r>
    </w:p>
    <w:p>
      <w:pPr>
        <w:pStyle w:val="Dialogue"/>
      </w:pPr>
      <w:r>
        <w:t>Тебе звонили из журнала. Большое интервью.</w:t>
      </w:r>
    </w:p>
    <w:p>
      <w:pPr>
        <w:pStyle w:val="Character"/>
      </w:pPr>
      <w:r>
        <w:t>ОЛЬГА</w:t>
      </w:r>
    </w:p>
    <w:p>
      <w:pPr>
        <w:pStyle w:val="Dialogue"/>
      </w:pPr>
      <w:r>
        <w:t>О чём?</w:t>
      </w:r>
    </w:p>
    <w:p>
      <w:pPr>
        <w:pStyle w:val="Character"/>
      </w:pPr>
      <w:r>
        <w:t>КИРА</w:t>
      </w:r>
    </w:p>
    <w:p>
      <w:pPr>
        <w:pStyle w:val="Dialogue"/>
      </w:pPr>
      <w:r>
        <w:t>О новой тебе.</w:t>
      </w:r>
    </w:p>
    <w:p>
      <w:pPr>
        <w:pStyle w:val="Character"/>
      </w:pPr>
      <w:r>
        <w:t>ОЛЬГА</w:t>
      </w:r>
    </w:p>
    <w:p>
      <w:pPr>
        <w:pStyle w:val="Dialogue"/>
      </w:pPr>
      <w:r>
        <w:t>Новой меня нет.</w:t>
      </w:r>
    </w:p>
    <w:p>
      <w:pPr>
        <w:pStyle w:val="Action"/>
      </w:pPr>
      <w:r>
        <w:t>Она берёт поводки.</w:t>
      </w:r>
    </w:p>
    <w:p>
      <w:pPr>
        <w:pStyle w:val="Slug"/>
        <w:keepNext/>
      </w:pPr>
      <w:r>
        <w:t>75. EXT. ГОРОДСКИЙ ПАРК — УТРО</w:t>
      </w:r>
    </w:p>
    <w:p>
      <w:pPr>
        <w:pStyle w:val="Action"/>
      </w:pPr>
      <w:r>
        <w:t>Ольга идёт с двумя собаками. Телефон вибрирует в кармане. Она достаёт его. На экране — воспоминание годичной давности: Осип смеётся, пока Бруно облизывает его лицо.</w:t>
      </w:r>
    </w:p>
    <w:p>
      <w:pPr>
        <w:pStyle w:val="Action"/>
      </w:pPr>
      <w:r>
        <w:t>Ольга смотрит видео до конца. Потом убирает телефон.</w:t>
      </w:r>
    </w:p>
    <w:p>
      <w:pPr>
        <w:pStyle w:val="Action"/>
      </w:pPr>
      <w:r>
        <w:t>Впереди мальчик падает с велосипеда. Ольга подбегает, помогает ему подняться. На колене кровь, но он улыбается.</w:t>
      </w:r>
    </w:p>
    <w:p>
      <w:pPr>
        <w:pStyle w:val="Character"/>
      </w:pPr>
      <w:r>
        <w:t>ОЛЬГА</w:t>
      </w:r>
    </w:p>
    <w:p>
      <w:pPr>
        <w:pStyle w:val="Dialogue"/>
      </w:pPr>
      <w:r>
        <w:t>Больно?</w:t>
      </w:r>
    </w:p>
    <w:p>
      <w:pPr>
        <w:pStyle w:val="Character"/>
      </w:pPr>
      <w:r>
        <w:t>МАЛЬЧИК</w:t>
      </w:r>
    </w:p>
    <w:p>
      <w:pPr>
        <w:pStyle w:val="Dialogue"/>
      </w:pPr>
      <w:r>
        <w:t>Немного.</w:t>
      </w:r>
    </w:p>
    <w:p>
      <w:pPr>
        <w:pStyle w:val="Character"/>
      </w:pPr>
      <w:r>
        <w:t>ОЛЬГА</w:t>
      </w:r>
    </w:p>
    <w:p>
      <w:pPr>
        <w:pStyle w:val="Dialogue"/>
      </w:pPr>
      <w:r>
        <w:t>Значит, будем жить.</w:t>
      </w:r>
    </w:p>
    <w:p>
      <w:pPr>
        <w:pStyle w:val="Action"/>
      </w:pPr>
      <w:r>
        <w:t>Она смотрит на собак, на просыпающийся город, на обычных людей вокруг. И впервые не пытается превратить момент в изображение.</w:t>
      </w:r>
    </w:p>
    <w:p>
      <w:pPr>
        <w:pStyle w:val="Transition"/>
      </w:pPr>
      <w:r>
        <w:t>FADE OUT.</w:t>
      </w:r>
    </w:p>
    <w:p>
      <w:pPr>
        <w:spacing w:before="1000"/>
        <w:jc w:val="center"/>
      </w:pPr>
      <w:r>
        <w:rPr>
          <w:rFonts w:ascii="Courier New" w:hAnsi="Courier New"/>
          <w:b/>
          <w:sz w:val="24"/>
        </w:rPr>
        <w:t>КОНЕЦ</w:t>
      </w:r>
    </w:p>
    <w:sectPr w:rsidR="00FC693F" w:rsidRPr="0006063C" w:rsidSect="00034616">
      <w:footerReference w:type="default" r:id="rId9"/>
      <w:pgSz w:w="12240" w:h="15840"/>
      <w:pgMar w:top="1080" w:right="1296" w:bottom="108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ourier New" w:hAnsi="Courier New" w:eastAsia="Courier New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lug">
    <w:name w:val="Slug"/>
    <w:pPr>
      <w:spacing w:before="160" w:after="60" w:line="240" w:lineRule="auto"/>
      <w:ind w:left="0" w:right="0"/>
      <w:jc w:val="left"/>
    </w:pPr>
    <w:rPr>
      <w:rFonts w:ascii="Courier New" w:hAnsi="Courier New" w:eastAsia="Courier New"/>
      <w:b/>
      <w:sz w:val="22"/>
    </w:rPr>
  </w:style>
  <w:style w:type="paragraph" w:customStyle="1" w:styleId="Action">
    <w:name w:val="Action"/>
    <w:pPr>
      <w:spacing w:before="0" w:after="80" w:line="240" w:lineRule="auto"/>
      <w:ind w:left="0" w:right="0"/>
      <w:jc w:val="left"/>
    </w:pPr>
    <w:rPr>
      <w:rFonts w:ascii="Courier New" w:hAnsi="Courier New" w:eastAsia="Courier New"/>
      <w:b w:val="0"/>
      <w:sz w:val="22"/>
    </w:rPr>
  </w:style>
  <w:style w:type="paragraph" w:customStyle="1" w:styleId="Character">
    <w:name w:val="Character"/>
    <w:pPr>
      <w:spacing w:before="100" w:after="0" w:line="240" w:lineRule="auto"/>
      <w:ind w:left="3168" w:right="0"/>
      <w:jc w:val="left"/>
    </w:pPr>
    <w:rPr>
      <w:rFonts w:ascii="Courier New" w:hAnsi="Courier New" w:eastAsia="Courier New"/>
      <w:b/>
      <w:sz w:val="22"/>
    </w:rPr>
  </w:style>
  <w:style w:type="paragraph" w:customStyle="1" w:styleId="Dialogue">
    <w:name w:val="Dialogue"/>
    <w:pPr>
      <w:spacing w:before="0" w:after="60" w:line="240" w:lineRule="auto"/>
      <w:ind w:left="1800" w:right="2160"/>
      <w:jc w:val="left"/>
    </w:pPr>
    <w:rPr>
      <w:rFonts w:ascii="Courier New" w:hAnsi="Courier New" w:eastAsia="Courier New"/>
      <w:b w:val="0"/>
      <w:sz w:val="22"/>
    </w:rPr>
  </w:style>
  <w:style w:type="paragraph" w:customStyle="1" w:styleId="Parenthetical">
    <w:name w:val="Parenthetical"/>
    <w:pPr>
      <w:spacing w:before="0" w:after="0" w:line="240" w:lineRule="auto"/>
      <w:ind w:left="2520" w:right="2592"/>
      <w:jc w:val="left"/>
    </w:pPr>
    <w:rPr>
      <w:rFonts w:ascii="Courier New" w:hAnsi="Courier New" w:eastAsia="Courier New"/>
      <w:b w:val="0"/>
      <w:sz w:val="22"/>
    </w:rPr>
  </w:style>
  <w:style w:type="paragraph" w:customStyle="1" w:styleId="Transition">
    <w:name w:val="Transition"/>
    <w:pPr>
      <w:spacing w:before="120" w:after="120" w:line="240" w:lineRule="auto"/>
      <w:ind w:left="0" w:right="0"/>
      <w:jc w:val="right"/>
    </w:pPr>
    <w:rPr>
      <w:rFonts w:ascii="Courier New" w:hAnsi="Courier New" w:eastAsia="Courier New"/>
      <w:b/>
      <w:sz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Muse — Full Screenplay</dc:title>
  <dc:subject>Contemporary adaptation inspired by Anton Chekhov’s The Grasshopper</dc:subject>
  <dc:creator>FilmLab Demo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